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СОГЛАСИЕ НА ОБРАБОТКУ ПЕРСОНАЛЬНЫХ ДАННЫХ ДЛЯ ОНЛАЙН-ЗАЯВКИ</w:t>
      </w:r>
    </w:p>
    <w:p>
      <w:pPr>
        <w:jc w:val="center"/>
      </w:pPr>
      <w:r>
        <w:t>Редакция от 20 октября 2026 года • г. Хабаровск</w:t>
      </w:r>
    </w:p>
    <w:p>
      <w:pPr>
        <w:pStyle w:val="Heading2"/>
      </w:pPr>
      <w:r>
        <w:t>Текст согласия</w:t>
      </w:r>
    </w:p>
    <w:p>
      <w:r>
        <w:t>Я, лицо, направляющее заявку на сайте https://repetitor27.ru/, действуя от собственного имени либо в качестве законного представителя несовершеннолетнего, свободно, своей волей и в своём интересе (в интересах представляемого лица) даю Частное образовательное учреждение дополнительного образования «Школа иностранных языков «Репетитор» г. Хабаровск» (ОГРН 1112700001402, ИНН 2724999140) согласие на обработку персональных данных, указанных в заявке.</w:t>
      </w:r>
    </w:p>
    <w:p>
      <w:r>
        <w:t>Цели обработки: рассмотрение обращения, подбор образовательной программы и группы, согласование расписания, организация консультации и обратная связь по заявке.</w:t>
      </w:r>
    </w:p>
    <w:p>
      <w:r>
        <w:t>Перечень данных: ФИО заявителя и обучающегося, контактный телефон, адрес электронной почты, год или дата рождения обучающегося, адрес, сведения об общеобразовательной школе, классе, смене, изучаемом языке, уровне подготовки, предпочтениях и целях обучения, иные сведения, внесённые заявителем в поля формы. Для совершеннолетних заявителей — также сведения о месте работы и должности, указанные в анкете.</w:t>
      </w:r>
    </w:p>
    <w:p>
      <w:r>
        <w:t>Действия с данными: сбор, запись, систематизация, накопление, хранение, уточнение, извлечение, использование, предоставление доступа уполномоченным работникам, блокирование, удаление и уничтожение; автоматизированным и неавтоматизированным способом.</w:t>
      </w:r>
    </w:p>
    <w:p>
      <w:r>
        <w:t>Согласие действует до достижения цели обработки заявки или до его отзыва. После заключения договора обработка данных, необходимых для его исполнения и выполнения обязанностей по закону, осуществляется на соответствующих самостоятельных правовых основаниях.</w:t>
      </w:r>
    </w:p>
    <w:p>
      <w:r>
        <w:t>Адрес оператора: 680014, г. Хабаровск, квартал ДОС (Большой Аэродром), д. 75.</w:t>
      </w:r>
    </w:p>
    <w:p>
      <w:r>
        <w:t>Отозвать согласие можно, направив обращение на Repetitor.khv@mail.ru. Отзыв не затрагивает обработку, разрешённую законодательством без согласия.</w:t>
      </w:r>
    </w:p>
    <w:p>
      <w:r>
        <w:t>Настоящее согласие не охватывает рекламные рассылки, публикацию фотографий, видеозаписей и отзывов, а также распространение персональных данных неопределённому кругу лиц.</w:t>
      </w:r>
    </w:p>
    <w:p>
      <w:r>
        <w:t>Подтверждаю, что ознакомлен(а) с Политикой в отношении обработки персональных данных, опубликованной на сайте школы, и имею полномочия законного представителя при направлении данных ребёнка. Согласие предоставляю отдельным активным действием — установкой флажка в соответствующем поле формы.</w:t>
      </w:r>
    </w:p>
    <w:sectPr w:rsidR="00FC693F" w:rsidRPr="0006063C" w:rsidSect="00034616">
      <w:pgSz w:w="12240" w:h="15840"/>
      <w:pgMar w:top="1134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