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AC4A7" w14:textId="77777777" w:rsidR="00B907C1" w:rsidRDefault="00000000" w:rsidP="00B907C1">
      <w:pPr>
        <w:jc w:val="center"/>
        <w:rPr>
          <w:b/>
          <w:sz w:val="20"/>
          <w:szCs w:val="20"/>
          <w:lang w:val="ru-RU"/>
        </w:rPr>
      </w:pPr>
      <w:r w:rsidRPr="002A2E13">
        <w:rPr>
          <w:b/>
          <w:sz w:val="20"/>
          <w:szCs w:val="20"/>
          <w:lang w:val="ru-RU"/>
        </w:rPr>
        <w:t xml:space="preserve">ДОГОВОР </w:t>
      </w:r>
    </w:p>
    <w:p w14:paraId="60AE0397" w14:textId="4477DD1F" w:rsidR="00A91456" w:rsidRPr="00B907C1" w:rsidRDefault="00000000" w:rsidP="00B907C1">
      <w:pPr>
        <w:jc w:val="center"/>
        <w:rPr>
          <w:sz w:val="20"/>
          <w:szCs w:val="20"/>
          <w:lang w:val="ru-RU"/>
        </w:rPr>
      </w:pPr>
      <w:r w:rsidRPr="002A2E13">
        <w:rPr>
          <w:b/>
          <w:sz w:val="20"/>
          <w:szCs w:val="20"/>
          <w:lang w:val="ru-RU"/>
        </w:rPr>
        <w:t>на оказание платных образовательных услуг</w:t>
      </w:r>
    </w:p>
    <w:p w14:paraId="3EB3DB44" w14:textId="77777777" w:rsidR="0081265F" w:rsidRPr="002A2E13" w:rsidRDefault="0081265F">
      <w:pPr>
        <w:spacing w:after="40"/>
        <w:jc w:val="center"/>
        <w:rPr>
          <w:sz w:val="20"/>
          <w:szCs w:val="20"/>
          <w:lang w:val="ru-RU"/>
        </w:rPr>
      </w:pPr>
    </w:p>
    <w:p w14:paraId="1A69D0AD" w14:textId="3F13D2E9" w:rsidR="0081265F" w:rsidRDefault="00000000" w:rsidP="002A2E13">
      <w:pPr>
        <w:jc w:val="right"/>
        <w:rPr>
          <w:sz w:val="20"/>
          <w:szCs w:val="20"/>
          <w:lang w:val="ru-RU"/>
        </w:rPr>
      </w:pPr>
      <w:r w:rsidRPr="002A2E13">
        <w:rPr>
          <w:sz w:val="20"/>
          <w:szCs w:val="20"/>
          <w:lang w:val="ru-RU"/>
        </w:rPr>
        <w:t>г.</w:t>
      </w:r>
      <w:r w:rsidRPr="002A2E13">
        <w:rPr>
          <w:sz w:val="20"/>
          <w:szCs w:val="20"/>
        </w:rPr>
        <w:t> </w:t>
      </w:r>
      <w:r w:rsidRPr="002A2E13">
        <w:rPr>
          <w:sz w:val="20"/>
          <w:szCs w:val="20"/>
          <w:lang w:val="ru-RU"/>
        </w:rPr>
        <w:t>Хабаровск «____»_________20____г.</w:t>
      </w:r>
    </w:p>
    <w:p w14:paraId="67655126" w14:textId="77777777" w:rsidR="002A2E13" w:rsidRPr="002A2E13" w:rsidRDefault="002A2E13" w:rsidP="002A2E13">
      <w:pPr>
        <w:jc w:val="right"/>
        <w:rPr>
          <w:sz w:val="20"/>
          <w:szCs w:val="20"/>
          <w:lang w:val="ru-RU"/>
        </w:rPr>
      </w:pPr>
    </w:p>
    <w:p w14:paraId="689FAF62" w14:textId="1E8551F1" w:rsidR="00A91456" w:rsidRPr="002A2E13" w:rsidRDefault="00000000">
      <w:pPr>
        <w:jc w:val="both"/>
        <w:rPr>
          <w:sz w:val="20"/>
          <w:szCs w:val="20"/>
          <w:lang w:val="ru-RU"/>
        </w:rPr>
      </w:pPr>
      <w:r w:rsidRPr="002A2E13">
        <w:rPr>
          <w:b/>
          <w:sz w:val="20"/>
          <w:szCs w:val="20"/>
          <w:lang w:val="ru-RU"/>
        </w:rPr>
        <w:t>Частное образовательное учреждение дополнительного образования «Школа иностранных языков «Репетитор» г. Хабаровск» ИНН/ОГРН/КПП 2724999140/</w:t>
      </w:r>
      <w:r w:rsidRPr="002A2E13">
        <w:rPr>
          <w:sz w:val="20"/>
          <w:szCs w:val="20"/>
          <w:lang w:val="ru-RU"/>
        </w:rPr>
        <w:t xml:space="preserve"> </w:t>
      </w:r>
      <w:r w:rsidRPr="002A2E13">
        <w:rPr>
          <w:b/>
          <w:sz w:val="20"/>
          <w:szCs w:val="20"/>
          <w:lang w:val="ru-RU"/>
        </w:rPr>
        <w:t>1112700001402/</w:t>
      </w:r>
      <w:r w:rsidRPr="002A2E13">
        <w:rPr>
          <w:sz w:val="20"/>
          <w:szCs w:val="20"/>
          <w:lang w:val="ru-RU"/>
        </w:rPr>
        <w:t xml:space="preserve"> </w:t>
      </w:r>
      <w:r w:rsidRPr="002A2E13">
        <w:rPr>
          <w:b/>
          <w:sz w:val="20"/>
          <w:szCs w:val="20"/>
          <w:lang w:val="ru-RU"/>
        </w:rPr>
        <w:t>272401001 (ЧОУ ДО «Школа иностранных языков «Репетитор» г. Хабаровск»)</w:t>
      </w:r>
      <w:r w:rsidRPr="002A2E13">
        <w:rPr>
          <w:sz w:val="20"/>
          <w:szCs w:val="20"/>
          <w:lang w:val="ru-RU"/>
        </w:rPr>
        <w:t>, действующее на основании Устава и Положения об организации и осуществлении образовательной деятельности по дополнительным общеразвивающим программам (Лицензия на осуществление образовательной деятельности, регистрационный номер Л035-01286-27/00238289, выдана Министерством образования и науки Хабаровского края</w:t>
      </w:r>
      <w:r w:rsidR="00807241" w:rsidRPr="002A2E13">
        <w:rPr>
          <w:sz w:val="20"/>
          <w:szCs w:val="20"/>
          <w:lang w:val="ru-RU"/>
        </w:rPr>
        <w:t xml:space="preserve"> 23.09.2014</w:t>
      </w:r>
      <w:r w:rsidRPr="002A2E13">
        <w:rPr>
          <w:sz w:val="20"/>
          <w:szCs w:val="20"/>
          <w:lang w:val="ru-RU"/>
        </w:rPr>
        <w:t xml:space="preserve">), в лице генерального директора </w:t>
      </w:r>
      <w:r w:rsidRPr="002A2E13">
        <w:rPr>
          <w:b/>
          <w:sz w:val="20"/>
          <w:szCs w:val="20"/>
          <w:lang w:val="ru-RU"/>
        </w:rPr>
        <w:t>Батуро Оксаны Александровны</w:t>
      </w:r>
      <w:r w:rsidRPr="002A2E13">
        <w:rPr>
          <w:i/>
          <w:sz w:val="20"/>
          <w:szCs w:val="20"/>
          <w:lang w:val="ru-RU"/>
        </w:rPr>
        <w:t xml:space="preserve">, </w:t>
      </w:r>
      <w:r w:rsidRPr="002A2E13">
        <w:rPr>
          <w:sz w:val="20"/>
          <w:szCs w:val="20"/>
          <w:lang w:val="ru-RU"/>
        </w:rPr>
        <w:t>действующего на основании Устава и Протокола №4 Общего собрания учредителей ЧОУ ДО «Школа иностранных языков «Репетитор» г. Хабаровск»</w:t>
      </w:r>
      <w:r w:rsidRPr="002A2E13">
        <w:rPr>
          <w:b/>
          <w:sz w:val="20"/>
          <w:szCs w:val="20"/>
          <w:lang w:val="ru-RU"/>
        </w:rPr>
        <w:t xml:space="preserve"> </w:t>
      </w:r>
      <w:r w:rsidRPr="002A2E13">
        <w:rPr>
          <w:sz w:val="20"/>
          <w:szCs w:val="20"/>
          <w:lang w:val="ru-RU"/>
        </w:rPr>
        <w:t xml:space="preserve">от 21.08.2026, именуемое в дальнейшем </w:t>
      </w:r>
      <w:r w:rsidRPr="002A2E13">
        <w:rPr>
          <w:b/>
          <w:sz w:val="20"/>
          <w:szCs w:val="20"/>
          <w:lang w:val="ru-RU"/>
        </w:rPr>
        <w:t>«Исполнитель»</w:t>
      </w:r>
      <w:r w:rsidRPr="002A2E13">
        <w:rPr>
          <w:sz w:val="20"/>
          <w:szCs w:val="20"/>
          <w:lang w:val="ru-RU"/>
        </w:rPr>
        <w:t xml:space="preserve">, с одной стороны, и __________________________________________________________________________, </w:t>
      </w:r>
      <w:r w:rsidRPr="002A2E13">
        <w:rPr>
          <w:i/>
          <w:sz w:val="20"/>
          <w:szCs w:val="20"/>
          <w:lang w:val="ru-RU"/>
        </w:rPr>
        <w:t>(* фамилия, имя, отчество законного представителя несовершеннолетнего, действующего в интересах несовершеннолетнего</w:t>
      </w:r>
      <w:r w:rsidRPr="002A2E13">
        <w:rPr>
          <w:sz w:val="20"/>
          <w:szCs w:val="20"/>
          <w:lang w:val="ru-RU"/>
        </w:rPr>
        <w:t xml:space="preserve">), далее по тексту Договора именуемый </w:t>
      </w:r>
      <w:r w:rsidRPr="002A2E13">
        <w:rPr>
          <w:b/>
          <w:sz w:val="20"/>
          <w:szCs w:val="20"/>
          <w:lang w:val="ru-RU"/>
        </w:rPr>
        <w:t>«Заказчик»,</w:t>
      </w:r>
      <w:r w:rsidRPr="002A2E13">
        <w:rPr>
          <w:sz w:val="20"/>
          <w:szCs w:val="20"/>
          <w:lang w:val="ru-RU"/>
        </w:rPr>
        <w:t xml:space="preserve"> __________________________________________________________________________ </w:t>
      </w:r>
      <w:r w:rsidRPr="002A2E13">
        <w:rPr>
          <w:i/>
          <w:sz w:val="20"/>
          <w:szCs w:val="20"/>
          <w:lang w:val="ru-RU"/>
        </w:rPr>
        <w:t>(* фамилия, имя, отчество несовершеннолетнего),</w:t>
      </w:r>
      <w:r w:rsidRPr="002A2E13">
        <w:rPr>
          <w:sz w:val="20"/>
          <w:szCs w:val="20"/>
          <w:lang w:val="ru-RU"/>
        </w:rPr>
        <w:t xml:space="preserve"> который в дальнейшем именуется </w:t>
      </w:r>
      <w:r w:rsidRPr="002A2E13">
        <w:rPr>
          <w:b/>
          <w:sz w:val="20"/>
          <w:szCs w:val="20"/>
          <w:lang w:val="ru-RU"/>
        </w:rPr>
        <w:t>«Обучающийся»,</w:t>
      </w:r>
      <w:r w:rsidRPr="002A2E13">
        <w:rPr>
          <w:sz w:val="20"/>
          <w:szCs w:val="20"/>
          <w:lang w:val="ru-RU"/>
        </w:rPr>
        <w:t xml:space="preserve"> с другой стороны, заключили настоящий </w:t>
      </w:r>
      <w:r w:rsidRPr="002A2E13">
        <w:rPr>
          <w:b/>
          <w:sz w:val="20"/>
          <w:szCs w:val="20"/>
          <w:lang w:val="ru-RU"/>
        </w:rPr>
        <w:t>«Договор»</w:t>
      </w:r>
      <w:r w:rsidRPr="002A2E13">
        <w:rPr>
          <w:sz w:val="20"/>
          <w:szCs w:val="20"/>
          <w:lang w:val="ru-RU"/>
        </w:rPr>
        <w:t xml:space="preserve"> о нижеследующем: </w:t>
      </w:r>
    </w:p>
    <w:p w14:paraId="51183AC9" w14:textId="35641378" w:rsidR="00A91456" w:rsidRPr="002A2E13" w:rsidRDefault="00000000">
      <w:pPr>
        <w:spacing w:before="60" w:after="20"/>
        <w:jc w:val="center"/>
        <w:rPr>
          <w:sz w:val="20"/>
          <w:szCs w:val="20"/>
          <w:lang w:val="ru-RU"/>
        </w:rPr>
      </w:pPr>
      <w:r w:rsidRPr="002A2E13">
        <w:rPr>
          <w:b/>
          <w:sz w:val="20"/>
          <w:szCs w:val="20"/>
        </w:rPr>
        <w:t>I</w:t>
      </w:r>
      <w:r w:rsidRPr="002A2E13">
        <w:rPr>
          <w:b/>
          <w:sz w:val="20"/>
          <w:szCs w:val="20"/>
          <w:lang w:val="ru-RU"/>
        </w:rPr>
        <w:t>. Предмет Договора</w:t>
      </w:r>
    </w:p>
    <w:p w14:paraId="29941859" w14:textId="7065539B" w:rsidR="00A91456" w:rsidRPr="002A2E13" w:rsidRDefault="00000000">
      <w:pPr>
        <w:jc w:val="both"/>
        <w:rPr>
          <w:sz w:val="20"/>
          <w:szCs w:val="20"/>
          <w:lang w:val="ru-RU"/>
        </w:rPr>
      </w:pPr>
      <w:r w:rsidRPr="002A2E13">
        <w:rPr>
          <w:sz w:val="20"/>
          <w:szCs w:val="20"/>
          <w:lang w:val="ru-RU"/>
        </w:rPr>
        <w:t xml:space="preserve">1.1. </w:t>
      </w:r>
      <w:r w:rsidRPr="002A2E13">
        <w:rPr>
          <w:b/>
          <w:sz w:val="20"/>
          <w:szCs w:val="20"/>
          <w:lang w:val="ru-RU"/>
        </w:rPr>
        <w:t xml:space="preserve">Заказчик </w:t>
      </w:r>
      <w:r w:rsidRPr="002A2E13">
        <w:rPr>
          <w:sz w:val="20"/>
          <w:szCs w:val="20"/>
          <w:lang w:val="ru-RU"/>
        </w:rPr>
        <w:t xml:space="preserve">оплачивает, а </w:t>
      </w:r>
      <w:r w:rsidRPr="002A2E13">
        <w:rPr>
          <w:b/>
          <w:sz w:val="20"/>
          <w:szCs w:val="20"/>
          <w:lang w:val="ru-RU"/>
        </w:rPr>
        <w:t>Исполнитель</w:t>
      </w:r>
      <w:r w:rsidRPr="002A2E13">
        <w:rPr>
          <w:sz w:val="20"/>
          <w:szCs w:val="20"/>
          <w:lang w:val="ru-RU"/>
        </w:rPr>
        <w:t xml:space="preserve"> принимает на себя обязательства по организации обучения Обучающегося по программе </w:t>
      </w:r>
      <w:r w:rsidRPr="002A2E13">
        <w:rPr>
          <w:b/>
          <w:sz w:val="20"/>
          <w:szCs w:val="20"/>
          <w:lang w:val="ru-RU"/>
        </w:rPr>
        <w:t>Дополнительного образования</w:t>
      </w:r>
      <w:r w:rsidRPr="002A2E13">
        <w:rPr>
          <w:sz w:val="20"/>
          <w:szCs w:val="20"/>
          <w:lang w:val="ru-RU"/>
        </w:rPr>
        <w:t xml:space="preserve"> _____________________________________  (</w:t>
      </w:r>
      <w:r w:rsidRPr="002A2E13">
        <w:rPr>
          <w:i/>
          <w:sz w:val="20"/>
          <w:szCs w:val="20"/>
          <w:lang w:val="ru-RU"/>
        </w:rPr>
        <w:t xml:space="preserve"> наименование программы, выбранной из перечня образовательных программ, приведенного на сайте Исполнителя </w:t>
      </w:r>
      <w:r w:rsidRPr="002A2E13">
        <w:rPr>
          <w:i/>
          <w:sz w:val="20"/>
          <w:szCs w:val="20"/>
        </w:rPr>
        <w:t>www</w:t>
      </w:r>
      <w:r w:rsidRPr="002A2E13">
        <w:rPr>
          <w:i/>
          <w:sz w:val="20"/>
          <w:szCs w:val="20"/>
          <w:lang w:val="ru-RU"/>
        </w:rPr>
        <w:t>.</w:t>
      </w:r>
      <w:r w:rsidRPr="002A2E13">
        <w:rPr>
          <w:i/>
          <w:sz w:val="20"/>
          <w:szCs w:val="20"/>
        </w:rPr>
        <w:t>repetitor</w:t>
      </w:r>
      <w:r w:rsidRPr="002A2E13">
        <w:rPr>
          <w:i/>
          <w:sz w:val="20"/>
          <w:szCs w:val="20"/>
          <w:lang w:val="ru-RU"/>
        </w:rPr>
        <w:t>27.</w:t>
      </w:r>
      <w:r w:rsidRPr="002A2E13">
        <w:rPr>
          <w:i/>
          <w:sz w:val="20"/>
          <w:szCs w:val="20"/>
        </w:rPr>
        <w:t>ru</w:t>
      </w:r>
      <w:r w:rsidRPr="002A2E13">
        <w:rPr>
          <w:i/>
          <w:sz w:val="20"/>
          <w:szCs w:val="20"/>
          <w:lang w:val="ru-RU"/>
        </w:rPr>
        <w:t>)</w:t>
      </w:r>
      <w:r w:rsidRPr="002A2E13">
        <w:rPr>
          <w:sz w:val="20"/>
          <w:szCs w:val="20"/>
          <w:lang w:val="ru-RU"/>
        </w:rPr>
        <w:t>;</w:t>
      </w:r>
    </w:p>
    <w:p w14:paraId="3176D451" w14:textId="77777777" w:rsidR="00A91456" w:rsidRPr="002A2E13" w:rsidRDefault="00000000">
      <w:pPr>
        <w:jc w:val="both"/>
        <w:rPr>
          <w:sz w:val="20"/>
          <w:szCs w:val="20"/>
          <w:lang w:val="ru-RU"/>
        </w:rPr>
      </w:pPr>
      <w:r w:rsidRPr="002A2E13">
        <w:rPr>
          <w:sz w:val="20"/>
          <w:szCs w:val="20"/>
          <w:lang w:val="ru-RU"/>
        </w:rPr>
        <w:t xml:space="preserve">1.2. Направленность образовательной программы, указанной в п.1.1 настоящего Договора: </w:t>
      </w:r>
      <w:r w:rsidRPr="002A2E13">
        <w:rPr>
          <w:b/>
          <w:sz w:val="20"/>
          <w:szCs w:val="20"/>
          <w:lang w:val="ru-RU"/>
        </w:rPr>
        <w:t>социально-гуманитарная</w:t>
      </w:r>
      <w:r w:rsidRPr="002A2E13">
        <w:rPr>
          <w:sz w:val="20"/>
          <w:szCs w:val="20"/>
          <w:lang w:val="ru-RU"/>
        </w:rPr>
        <w:t>.</w:t>
      </w:r>
    </w:p>
    <w:p w14:paraId="36BBF3EE" w14:textId="77777777" w:rsidR="00A91456" w:rsidRPr="002A2E13" w:rsidRDefault="00000000">
      <w:pPr>
        <w:jc w:val="both"/>
        <w:rPr>
          <w:sz w:val="20"/>
          <w:szCs w:val="20"/>
          <w:lang w:val="ru-RU"/>
        </w:rPr>
      </w:pPr>
      <w:r w:rsidRPr="002A2E13">
        <w:rPr>
          <w:sz w:val="20"/>
          <w:szCs w:val="20"/>
          <w:lang w:val="ru-RU"/>
        </w:rPr>
        <w:t xml:space="preserve">1.3. Срок освоения программы, указанной в п.1.1 настоящего Договора, составляет: _______  (____________)  часов. </w:t>
      </w:r>
      <w:r w:rsidRPr="002A2E13">
        <w:rPr>
          <w:i/>
          <w:sz w:val="20"/>
          <w:szCs w:val="20"/>
          <w:lang w:val="ru-RU"/>
        </w:rPr>
        <w:t>(* цифрами и прописью)</w:t>
      </w:r>
      <w:r w:rsidRPr="002A2E13">
        <w:rPr>
          <w:sz w:val="20"/>
          <w:szCs w:val="20"/>
          <w:lang w:val="ru-RU"/>
        </w:rPr>
        <w:t>.</w:t>
      </w:r>
    </w:p>
    <w:p w14:paraId="6389B665" w14:textId="77777777" w:rsidR="00A91456" w:rsidRPr="002A2E13" w:rsidRDefault="00000000">
      <w:pPr>
        <w:jc w:val="both"/>
        <w:rPr>
          <w:sz w:val="20"/>
          <w:szCs w:val="20"/>
          <w:lang w:val="ru-RU"/>
        </w:rPr>
      </w:pPr>
      <w:r w:rsidRPr="002A2E13">
        <w:rPr>
          <w:sz w:val="20"/>
          <w:szCs w:val="20"/>
          <w:lang w:val="ru-RU"/>
        </w:rPr>
        <w:t xml:space="preserve">1.4. Форма обучения – </w:t>
      </w:r>
      <w:r w:rsidRPr="002A2E13">
        <w:rPr>
          <w:b/>
          <w:sz w:val="20"/>
          <w:szCs w:val="20"/>
          <w:lang w:val="ru-RU"/>
        </w:rPr>
        <w:t>очная</w:t>
      </w:r>
      <w:r w:rsidRPr="002A2E13">
        <w:rPr>
          <w:sz w:val="20"/>
          <w:szCs w:val="20"/>
          <w:lang w:val="ru-RU"/>
        </w:rPr>
        <w:t>, в том числе, с применением электронного обучения и дистанционных образовательных технологий.</w:t>
      </w:r>
    </w:p>
    <w:p w14:paraId="35271EBA" w14:textId="77777777" w:rsidR="00A91456" w:rsidRPr="002A2E13" w:rsidRDefault="00000000">
      <w:pPr>
        <w:jc w:val="both"/>
        <w:rPr>
          <w:sz w:val="20"/>
          <w:szCs w:val="20"/>
          <w:lang w:val="ru-RU"/>
        </w:rPr>
      </w:pPr>
      <w:r w:rsidRPr="002A2E13">
        <w:rPr>
          <w:sz w:val="20"/>
          <w:szCs w:val="20"/>
          <w:lang w:val="ru-RU"/>
        </w:rPr>
        <w:t>1.5. После освоения Обучающимся образовательной программы и прохождения итоговой аттестации выдается сертификат единого образца, утвержденный Исполнителем;</w:t>
      </w:r>
    </w:p>
    <w:p w14:paraId="38D29DD6" w14:textId="5B4BAAAC" w:rsidR="00A91456" w:rsidRPr="002A2E13" w:rsidRDefault="00000000">
      <w:pPr>
        <w:spacing w:before="60" w:after="20"/>
        <w:jc w:val="center"/>
        <w:rPr>
          <w:sz w:val="20"/>
          <w:szCs w:val="20"/>
          <w:lang w:val="ru-RU"/>
        </w:rPr>
      </w:pPr>
      <w:r w:rsidRPr="002A2E13">
        <w:rPr>
          <w:b/>
          <w:sz w:val="20"/>
          <w:szCs w:val="20"/>
        </w:rPr>
        <w:t>II</w:t>
      </w:r>
      <w:r w:rsidRPr="002A2E13">
        <w:rPr>
          <w:b/>
          <w:sz w:val="20"/>
          <w:szCs w:val="20"/>
          <w:lang w:val="ru-RU"/>
        </w:rPr>
        <w:t>. Срок действия Договора</w:t>
      </w:r>
    </w:p>
    <w:p w14:paraId="02FDF389" w14:textId="77777777" w:rsidR="00A91456" w:rsidRPr="002A2E13" w:rsidRDefault="00000000">
      <w:pPr>
        <w:jc w:val="both"/>
        <w:rPr>
          <w:sz w:val="20"/>
          <w:szCs w:val="20"/>
          <w:lang w:val="ru-RU"/>
        </w:rPr>
      </w:pPr>
      <w:r w:rsidRPr="002A2E13">
        <w:rPr>
          <w:sz w:val="20"/>
          <w:szCs w:val="20"/>
          <w:lang w:val="ru-RU"/>
        </w:rPr>
        <w:t>2. Настоящий Договор действует со дня его заключения (подписания) и до 10.06.202__ г. при условии исполнения обеими сторонами своих обязательств:</w:t>
      </w:r>
    </w:p>
    <w:p w14:paraId="63748B9C" w14:textId="77777777" w:rsidR="00A91456" w:rsidRPr="002A2E13" w:rsidRDefault="00000000">
      <w:pPr>
        <w:jc w:val="both"/>
        <w:rPr>
          <w:sz w:val="20"/>
          <w:szCs w:val="20"/>
          <w:lang w:val="ru-RU"/>
        </w:rPr>
      </w:pPr>
      <w:r w:rsidRPr="002A2E13">
        <w:rPr>
          <w:sz w:val="20"/>
          <w:szCs w:val="20"/>
          <w:lang w:val="ru-RU"/>
        </w:rPr>
        <w:t>2.1. Период обучения:</w:t>
      </w:r>
    </w:p>
    <w:p w14:paraId="091CCC66" w14:textId="77777777" w:rsidR="00A91456" w:rsidRPr="002A2E13" w:rsidRDefault="00000000">
      <w:pPr>
        <w:jc w:val="both"/>
        <w:rPr>
          <w:sz w:val="20"/>
          <w:szCs w:val="20"/>
          <w:lang w:val="ru-RU"/>
        </w:rPr>
      </w:pPr>
      <w:r w:rsidRPr="002A2E13">
        <w:rPr>
          <w:b/>
          <w:sz w:val="20"/>
          <w:szCs w:val="20"/>
          <w:lang w:val="ru-RU"/>
        </w:rPr>
        <w:t>- начало обучения</w:t>
      </w:r>
      <w:r w:rsidRPr="002A2E13">
        <w:rPr>
          <w:sz w:val="20"/>
          <w:szCs w:val="20"/>
          <w:lang w:val="ru-RU"/>
        </w:rPr>
        <w:t>: дата начала занятий в рамках указанного в п. 1.3 настоящего Договора временного отрезка определяется Исполнителем по формированию группы и сообщается Заказчику.</w:t>
      </w:r>
    </w:p>
    <w:p w14:paraId="30DA1EAD" w14:textId="41E040A7" w:rsidR="00A91456" w:rsidRPr="002A2E13" w:rsidRDefault="00000000">
      <w:pPr>
        <w:jc w:val="both"/>
        <w:rPr>
          <w:sz w:val="20"/>
          <w:szCs w:val="20"/>
          <w:lang w:val="ru-RU"/>
        </w:rPr>
      </w:pPr>
      <w:r w:rsidRPr="002A2E13">
        <w:rPr>
          <w:b/>
          <w:sz w:val="20"/>
          <w:szCs w:val="20"/>
          <w:lang w:val="ru-RU"/>
        </w:rPr>
        <w:t>- окончание</w:t>
      </w:r>
      <w:r w:rsidRPr="002A2E13">
        <w:rPr>
          <w:sz w:val="20"/>
          <w:szCs w:val="20"/>
          <w:lang w:val="ru-RU"/>
        </w:rPr>
        <w:t xml:space="preserve"> 10</w:t>
      </w:r>
      <w:r w:rsidR="003E4066" w:rsidRPr="002A2E13">
        <w:rPr>
          <w:sz w:val="20"/>
          <w:szCs w:val="20"/>
          <w:lang w:val="ru-RU"/>
        </w:rPr>
        <w:t>.06.</w:t>
      </w:r>
      <w:r w:rsidRPr="002A2E13">
        <w:rPr>
          <w:sz w:val="20"/>
          <w:szCs w:val="20"/>
          <w:lang w:val="ru-RU"/>
        </w:rPr>
        <w:t>202_ года.</w:t>
      </w:r>
    </w:p>
    <w:p w14:paraId="3AD7A079" w14:textId="00DF7EA7" w:rsidR="00A91456" w:rsidRPr="002A2E13" w:rsidRDefault="00000000">
      <w:pPr>
        <w:spacing w:before="60" w:after="20"/>
        <w:jc w:val="center"/>
        <w:rPr>
          <w:sz w:val="20"/>
          <w:szCs w:val="20"/>
          <w:lang w:val="ru-RU"/>
        </w:rPr>
      </w:pPr>
      <w:r w:rsidRPr="002A2E13">
        <w:rPr>
          <w:b/>
          <w:sz w:val="20"/>
          <w:szCs w:val="20"/>
        </w:rPr>
        <w:t>III</w:t>
      </w:r>
      <w:r w:rsidRPr="002A2E13">
        <w:rPr>
          <w:b/>
          <w:sz w:val="20"/>
          <w:szCs w:val="20"/>
          <w:lang w:val="ru-RU"/>
        </w:rPr>
        <w:t>. Стоимость образовательных услуг, сроки и порядок их оплаты</w:t>
      </w:r>
    </w:p>
    <w:p w14:paraId="7D3422B0" w14:textId="1CC5EBCF" w:rsidR="00A91456" w:rsidRPr="002A2E13" w:rsidRDefault="00000000">
      <w:pPr>
        <w:jc w:val="both"/>
        <w:rPr>
          <w:sz w:val="20"/>
          <w:szCs w:val="20"/>
          <w:lang w:val="ru-RU"/>
        </w:rPr>
      </w:pPr>
      <w:r w:rsidRPr="002A2E13">
        <w:rPr>
          <w:sz w:val="20"/>
          <w:szCs w:val="20"/>
          <w:lang w:val="ru-RU"/>
        </w:rPr>
        <w:t>3.1. Стоимость и порядок оплаты образовательных услуг, определя</w:t>
      </w:r>
      <w:r w:rsidR="003E4066" w:rsidRPr="002A2E13">
        <w:rPr>
          <w:sz w:val="20"/>
          <w:szCs w:val="20"/>
          <w:lang w:val="ru-RU"/>
        </w:rPr>
        <w:t>ю</w:t>
      </w:r>
      <w:r w:rsidRPr="002A2E13">
        <w:rPr>
          <w:sz w:val="20"/>
          <w:szCs w:val="20"/>
          <w:lang w:val="ru-RU"/>
        </w:rPr>
        <w:t>тся в соответствии с выбранной Заказчиком программ</w:t>
      </w:r>
      <w:r w:rsidR="0081265F" w:rsidRPr="002A2E13">
        <w:rPr>
          <w:sz w:val="20"/>
          <w:szCs w:val="20"/>
          <w:lang w:val="ru-RU"/>
        </w:rPr>
        <w:t>ой</w:t>
      </w:r>
      <w:r w:rsidRPr="002A2E13">
        <w:rPr>
          <w:sz w:val="20"/>
          <w:szCs w:val="20"/>
          <w:lang w:val="ru-RU"/>
        </w:rPr>
        <w:t xml:space="preserve"> и тарифам</w:t>
      </w:r>
      <w:r w:rsidR="0081265F" w:rsidRPr="002A2E13">
        <w:rPr>
          <w:sz w:val="20"/>
          <w:szCs w:val="20"/>
          <w:lang w:val="ru-RU"/>
        </w:rPr>
        <w:t>и</w:t>
      </w:r>
      <w:r w:rsidRPr="002A2E13">
        <w:rPr>
          <w:sz w:val="20"/>
          <w:szCs w:val="20"/>
          <w:lang w:val="ru-RU"/>
        </w:rPr>
        <w:t xml:space="preserve">, </w:t>
      </w:r>
      <w:r w:rsidR="002E6EA2" w:rsidRPr="002A2E13">
        <w:rPr>
          <w:sz w:val="20"/>
          <w:szCs w:val="20"/>
          <w:lang w:val="ru-RU"/>
        </w:rPr>
        <w:t>указанными</w:t>
      </w:r>
      <w:r w:rsidRPr="002A2E13">
        <w:rPr>
          <w:sz w:val="20"/>
          <w:szCs w:val="20"/>
          <w:lang w:val="ru-RU"/>
        </w:rPr>
        <w:t xml:space="preserve"> в Прейскуранте, опубликованном на сайте Исполнителя во вкладке: «</w:t>
      </w:r>
      <w:r w:rsidRPr="002A2E13">
        <w:rPr>
          <w:b/>
          <w:sz w:val="20"/>
          <w:szCs w:val="20"/>
        </w:rPr>
        <w:t>https</w:t>
      </w:r>
      <w:r w:rsidRPr="002A2E13">
        <w:rPr>
          <w:b/>
          <w:sz w:val="20"/>
          <w:szCs w:val="20"/>
          <w:lang w:val="ru-RU"/>
        </w:rPr>
        <w:t>://</w:t>
      </w:r>
      <w:r w:rsidRPr="002A2E13">
        <w:rPr>
          <w:b/>
          <w:sz w:val="20"/>
          <w:szCs w:val="20"/>
        </w:rPr>
        <w:t>repetitor</w:t>
      </w:r>
      <w:r w:rsidRPr="002A2E13">
        <w:rPr>
          <w:b/>
          <w:sz w:val="20"/>
          <w:szCs w:val="20"/>
          <w:lang w:val="ru-RU"/>
        </w:rPr>
        <w:t>27.</w:t>
      </w:r>
      <w:r w:rsidRPr="002A2E13">
        <w:rPr>
          <w:b/>
          <w:sz w:val="20"/>
          <w:szCs w:val="20"/>
        </w:rPr>
        <w:t>ru</w:t>
      </w:r>
      <w:r w:rsidRPr="002A2E13">
        <w:rPr>
          <w:b/>
          <w:sz w:val="20"/>
          <w:szCs w:val="20"/>
          <w:lang w:val="ru-RU"/>
        </w:rPr>
        <w:t>/</w:t>
      </w:r>
      <w:r w:rsidRPr="002A2E13">
        <w:rPr>
          <w:b/>
          <w:sz w:val="20"/>
          <w:szCs w:val="20"/>
        </w:rPr>
        <w:t>files</w:t>
      </w:r>
      <w:r w:rsidRPr="002A2E13">
        <w:rPr>
          <w:b/>
          <w:sz w:val="20"/>
          <w:szCs w:val="20"/>
          <w:lang w:val="ru-RU"/>
        </w:rPr>
        <w:t>/</w:t>
      </w:r>
      <w:r w:rsidRPr="002A2E13">
        <w:rPr>
          <w:b/>
          <w:sz w:val="20"/>
          <w:szCs w:val="20"/>
        </w:rPr>
        <w:t>price</w:t>
      </w:r>
      <w:r w:rsidRPr="002A2E13">
        <w:rPr>
          <w:b/>
          <w:sz w:val="20"/>
          <w:szCs w:val="20"/>
          <w:lang w:val="ru-RU"/>
        </w:rPr>
        <w:t>/</w:t>
      </w:r>
      <w:r w:rsidRPr="002A2E13">
        <w:rPr>
          <w:b/>
          <w:sz w:val="20"/>
          <w:szCs w:val="20"/>
        </w:rPr>
        <w:t>price</w:t>
      </w:r>
      <w:r w:rsidRPr="002A2E13">
        <w:rPr>
          <w:b/>
          <w:sz w:val="20"/>
          <w:szCs w:val="20"/>
          <w:lang w:val="ru-RU"/>
        </w:rPr>
        <w:t>-</w:t>
      </w:r>
      <w:r w:rsidRPr="002A2E13">
        <w:rPr>
          <w:b/>
          <w:sz w:val="20"/>
          <w:szCs w:val="20"/>
        </w:rPr>
        <w:t>repetitor</w:t>
      </w:r>
      <w:r w:rsidRPr="002A2E13">
        <w:rPr>
          <w:b/>
          <w:sz w:val="20"/>
          <w:szCs w:val="20"/>
          <w:lang w:val="ru-RU"/>
        </w:rPr>
        <w:t>27.</w:t>
      </w:r>
      <w:r w:rsidRPr="002A2E13">
        <w:rPr>
          <w:b/>
          <w:sz w:val="20"/>
          <w:szCs w:val="20"/>
        </w:rPr>
        <w:t>pdf</w:t>
      </w:r>
      <w:r w:rsidRPr="002A2E13">
        <w:rPr>
          <w:sz w:val="20"/>
          <w:szCs w:val="20"/>
          <w:lang w:val="ru-RU"/>
        </w:rPr>
        <w:t>»</w:t>
      </w:r>
      <w:r w:rsidRPr="002A2E13">
        <w:rPr>
          <w:b/>
          <w:sz w:val="20"/>
          <w:szCs w:val="20"/>
          <w:lang w:val="ru-RU"/>
        </w:rPr>
        <w:t xml:space="preserve">, </w:t>
      </w:r>
      <w:r w:rsidR="00134C28" w:rsidRPr="002A2E13">
        <w:rPr>
          <w:sz w:val="20"/>
          <w:szCs w:val="20"/>
          <w:lang w:val="ru-RU"/>
        </w:rPr>
        <w:t xml:space="preserve">с учётом </w:t>
      </w:r>
      <w:r w:rsidR="00717D76" w:rsidRPr="002A2E13">
        <w:rPr>
          <w:sz w:val="20"/>
          <w:szCs w:val="20"/>
          <w:lang w:val="ru-RU"/>
        </w:rPr>
        <w:t>выбранного Заказчиком варианта тарифа</w:t>
      </w:r>
      <w:r w:rsidR="00134C28" w:rsidRPr="002A2E13">
        <w:rPr>
          <w:sz w:val="20"/>
          <w:szCs w:val="20"/>
          <w:lang w:val="ru-RU"/>
        </w:rPr>
        <w:t xml:space="preserve">, </w:t>
      </w:r>
      <w:r w:rsidR="003E4066" w:rsidRPr="002A2E13">
        <w:rPr>
          <w:sz w:val="20"/>
          <w:szCs w:val="20"/>
          <w:lang w:val="ru-RU"/>
        </w:rPr>
        <w:t>предусмотренного</w:t>
      </w:r>
      <w:r w:rsidR="00134C28" w:rsidRPr="002A2E13">
        <w:rPr>
          <w:sz w:val="20"/>
          <w:szCs w:val="20"/>
          <w:lang w:val="ru-RU"/>
        </w:rPr>
        <w:t xml:space="preserve"> пунктами </w:t>
      </w:r>
      <w:r w:rsidRPr="002A2E13">
        <w:rPr>
          <w:sz w:val="20"/>
          <w:szCs w:val="20"/>
          <w:lang w:val="ru-RU"/>
        </w:rPr>
        <w:t>3.2.1 и 3.2.2 настоящего Договора.</w:t>
      </w:r>
    </w:p>
    <w:p w14:paraId="5423A6E2" w14:textId="1174D138" w:rsidR="00A91456" w:rsidRPr="002A2E13" w:rsidRDefault="00000000">
      <w:pPr>
        <w:jc w:val="both"/>
        <w:rPr>
          <w:sz w:val="20"/>
          <w:szCs w:val="20"/>
          <w:lang w:val="ru-RU"/>
        </w:rPr>
      </w:pPr>
      <w:r w:rsidRPr="002A2E13">
        <w:rPr>
          <w:sz w:val="20"/>
          <w:szCs w:val="20"/>
          <w:lang w:val="ru-RU"/>
        </w:rPr>
        <w:t xml:space="preserve">3.2. </w:t>
      </w:r>
      <w:r w:rsidR="003E4066" w:rsidRPr="002A2E13">
        <w:rPr>
          <w:sz w:val="20"/>
          <w:szCs w:val="20"/>
          <w:lang w:val="ru-RU"/>
        </w:rPr>
        <w:t>Предусмотрены два варианта тарифа на выбор заказчика: «Фиксированный» и «Гибкий»</w:t>
      </w:r>
      <w:r w:rsidRPr="002A2E13">
        <w:rPr>
          <w:sz w:val="20"/>
          <w:szCs w:val="20"/>
          <w:lang w:val="ru-RU"/>
        </w:rPr>
        <w:t>.</w:t>
      </w:r>
    </w:p>
    <w:p w14:paraId="76C60A22" w14:textId="37A95BCD" w:rsidR="00A91456" w:rsidRPr="002A2E13" w:rsidRDefault="00000000">
      <w:pPr>
        <w:jc w:val="both"/>
        <w:rPr>
          <w:sz w:val="20"/>
          <w:szCs w:val="20"/>
          <w:lang w:val="ru-RU"/>
        </w:rPr>
      </w:pPr>
      <w:r w:rsidRPr="002A2E13">
        <w:rPr>
          <w:sz w:val="20"/>
          <w:szCs w:val="20"/>
          <w:lang w:val="ru-RU"/>
        </w:rPr>
        <w:t xml:space="preserve">3.2.1. Вариант тарифа </w:t>
      </w:r>
      <w:r w:rsidRPr="002A2E13">
        <w:rPr>
          <w:b/>
          <w:sz w:val="20"/>
          <w:szCs w:val="20"/>
          <w:lang w:val="ru-RU"/>
        </w:rPr>
        <w:t>«Фиксированный»</w:t>
      </w:r>
      <w:r w:rsidRPr="002A2E13">
        <w:rPr>
          <w:sz w:val="20"/>
          <w:szCs w:val="20"/>
          <w:lang w:val="ru-RU"/>
        </w:rPr>
        <w:t>. Заказчик оплачивает полную стоимость занятий, указанную в п. 3.4 настоящего Договора. Сумма оплаты не подлеж</w:t>
      </w:r>
      <w:r w:rsidR="0081265F" w:rsidRPr="002A2E13">
        <w:rPr>
          <w:sz w:val="20"/>
          <w:szCs w:val="20"/>
          <w:lang w:val="ru-RU"/>
        </w:rPr>
        <w:t>ит</w:t>
      </w:r>
      <w:r w:rsidRPr="002A2E13">
        <w:rPr>
          <w:sz w:val="20"/>
          <w:szCs w:val="20"/>
          <w:lang w:val="ru-RU"/>
        </w:rPr>
        <w:t xml:space="preserve"> перерасчету в случаях пропусков занятий Обучающимся по причинам, не зависящим от Исполнителя;</w:t>
      </w:r>
    </w:p>
    <w:p w14:paraId="267FB8FB" w14:textId="77777777" w:rsidR="00A91456" w:rsidRPr="002A2E13" w:rsidRDefault="00000000">
      <w:pPr>
        <w:jc w:val="both"/>
        <w:rPr>
          <w:sz w:val="20"/>
          <w:szCs w:val="20"/>
          <w:lang w:val="ru-RU"/>
        </w:rPr>
      </w:pPr>
      <w:r w:rsidRPr="002A2E13">
        <w:rPr>
          <w:sz w:val="20"/>
          <w:szCs w:val="20"/>
          <w:lang w:val="ru-RU"/>
        </w:rPr>
        <w:t xml:space="preserve">3.2.2. Вариант тарифа </w:t>
      </w:r>
      <w:r w:rsidRPr="002A2E13">
        <w:rPr>
          <w:b/>
          <w:sz w:val="20"/>
          <w:szCs w:val="20"/>
          <w:lang w:val="ru-RU"/>
        </w:rPr>
        <w:t>«Гибкий»</w:t>
      </w:r>
      <w:r w:rsidRPr="002A2E13">
        <w:rPr>
          <w:sz w:val="20"/>
          <w:szCs w:val="20"/>
          <w:lang w:val="ru-RU"/>
        </w:rPr>
        <w:t xml:space="preserve"> – Заказчик оплачивает полную стоимость занятий, указанную в п. 3.4. настоящего Договора, с возможностью перерасчета оплаты занятий в случае пропусков по уважительной причине. Перерасчёт оплаты за обучение по тарифу «Гибкий» производится при пропуске 2-х и более занятий подряд только в случае болезни, командировки или экзаменационной сессии при предоставлении подтверждающего документа (справка установленного образца по форме 095/у, больничный лист, подтверждение командирования). Сумма перерасчёта определяется Исполнителем согласно Положению ЧОУ ДО «Школа иностранных языков «Репетитор» г. Хабаровск» «О перерасчёте».</w:t>
      </w:r>
    </w:p>
    <w:p w14:paraId="0CE84E20" w14:textId="73E7A94B" w:rsidR="00A91456" w:rsidRPr="002A2E13" w:rsidRDefault="00000000">
      <w:pPr>
        <w:jc w:val="both"/>
        <w:rPr>
          <w:sz w:val="20"/>
          <w:szCs w:val="20"/>
          <w:lang w:val="ru-RU"/>
        </w:rPr>
      </w:pPr>
      <w:r w:rsidRPr="002A2E13">
        <w:rPr>
          <w:sz w:val="20"/>
          <w:szCs w:val="20"/>
          <w:lang w:val="ru-RU"/>
        </w:rPr>
        <w:t xml:space="preserve">3.3. Исполнитель исходит из того, что, заключая настоящий Договор, Заказчик изучил перечень услуг, </w:t>
      </w:r>
      <w:r w:rsidR="00807241" w:rsidRPr="002A2E13">
        <w:rPr>
          <w:sz w:val="20"/>
          <w:szCs w:val="20"/>
          <w:lang w:val="ru-RU"/>
        </w:rPr>
        <w:t>ознакомился с</w:t>
      </w:r>
      <w:r w:rsidRPr="002A2E13">
        <w:rPr>
          <w:sz w:val="20"/>
          <w:szCs w:val="20"/>
          <w:lang w:val="ru-RU"/>
        </w:rPr>
        <w:t xml:space="preserve"> тарифа</w:t>
      </w:r>
      <w:r w:rsidR="00807241" w:rsidRPr="002A2E13">
        <w:rPr>
          <w:sz w:val="20"/>
          <w:szCs w:val="20"/>
          <w:lang w:val="ru-RU"/>
        </w:rPr>
        <w:t>ми</w:t>
      </w:r>
      <w:r w:rsidRPr="002A2E13">
        <w:rPr>
          <w:sz w:val="20"/>
          <w:szCs w:val="20"/>
          <w:lang w:val="ru-RU"/>
        </w:rPr>
        <w:t xml:space="preserve"> и условия</w:t>
      </w:r>
      <w:r w:rsidR="00807241" w:rsidRPr="002A2E13">
        <w:rPr>
          <w:sz w:val="20"/>
          <w:szCs w:val="20"/>
          <w:lang w:val="ru-RU"/>
        </w:rPr>
        <w:t>ми</w:t>
      </w:r>
      <w:r w:rsidRPr="002A2E13">
        <w:rPr>
          <w:sz w:val="20"/>
          <w:szCs w:val="20"/>
          <w:lang w:val="ru-RU"/>
        </w:rPr>
        <w:t xml:space="preserve"> их применения, тариф выбрал осознанно</w:t>
      </w:r>
      <w:r w:rsidR="0081265F" w:rsidRPr="002A2E13">
        <w:rPr>
          <w:sz w:val="20"/>
          <w:szCs w:val="20"/>
          <w:lang w:val="ru-RU"/>
        </w:rPr>
        <w:t>,</w:t>
      </w:r>
      <w:r w:rsidRPr="002A2E13">
        <w:rPr>
          <w:sz w:val="20"/>
          <w:szCs w:val="20"/>
          <w:lang w:val="ru-RU"/>
        </w:rPr>
        <w:t xml:space="preserve"> понимает надлежащим образом условия применения выбранного тарифа и отдаёт себе полный отчёт об особенностях применения того или иного тарифа, а также о порядке изменения условий Договора. Подписывая </w:t>
      </w:r>
      <w:r w:rsidR="0081265F" w:rsidRPr="002A2E13">
        <w:rPr>
          <w:sz w:val="20"/>
          <w:szCs w:val="20"/>
          <w:lang w:val="ru-RU"/>
        </w:rPr>
        <w:t>данный Договор,</w:t>
      </w:r>
      <w:r w:rsidRPr="002A2E13">
        <w:rPr>
          <w:sz w:val="20"/>
          <w:szCs w:val="20"/>
          <w:lang w:val="ru-RU"/>
        </w:rPr>
        <w:t xml:space="preserve"> Заказчик подтверждает, что ознакомлен с тарифами, условиями их применения и не имеет возражений по выбранным параметрам.</w:t>
      </w:r>
    </w:p>
    <w:p w14:paraId="4709EC67" w14:textId="138A714E" w:rsidR="00A91456" w:rsidRPr="002A2E13" w:rsidRDefault="00000000">
      <w:pPr>
        <w:jc w:val="both"/>
        <w:rPr>
          <w:sz w:val="20"/>
          <w:szCs w:val="20"/>
          <w:lang w:val="ru-RU"/>
        </w:rPr>
      </w:pPr>
      <w:r w:rsidRPr="002A2E13">
        <w:rPr>
          <w:sz w:val="20"/>
          <w:szCs w:val="20"/>
          <w:lang w:val="ru-RU"/>
        </w:rPr>
        <w:t xml:space="preserve">3.4. Полная стоимость </w:t>
      </w:r>
      <w:r w:rsidR="00807241" w:rsidRPr="002A2E13">
        <w:rPr>
          <w:sz w:val="20"/>
          <w:szCs w:val="20"/>
          <w:lang w:val="ru-RU"/>
        </w:rPr>
        <w:t>образовательных услуг</w:t>
      </w:r>
      <w:r w:rsidRPr="002A2E13">
        <w:rPr>
          <w:sz w:val="20"/>
          <w:szCs w:val="20"/>
          <w:lang w:val="ru-RU"/>
        </w:rPr>
        <w:t xml:space="preserve"> по выбранному </w:t>
      </w:r>
      <w:r w:rsidR="0081265F" w:rsidRPr="002A2E13">
        <w:rPr>
          <w:sz w:val="20"/>
          <w:szCs w:val="20"/>
          <w:lang w:val="ru-RU"/>
        </w:rPr>
        <w:t>Заказчиком</w:t>
      </w:r>
      <w:r w:rsidRPr="002A2E13">
        <w:rPr>
          <w:sz w:val="20"/>
          <w:szCs w:val="20"/>
          <w:lang w:val="ru-RU"/>
        </w:rPr>
        <w:t xml:space="preserve"> тарифу «________________» составляет ____________ (__________________________) рублей.</w:t>
      </w:r>
    </w:p>
    <w:p w14:paraId="62BF0FE5" w14:textId="21DBCCFD" w:rsidR="00A91456" w:rsidRPr="002A2E13" w:rsidRDefault="00000000">
      <w:pPr>
        <w:jc w:val="both"/>
        <w:rPr>
          <w:sz w:val="20"/>
          <w:szCs w:val="20"/>
          <w:lang w:val="ru-RU"/>
        </w:rPr>
      </w:pPr>
      <w:r w:rsidRPr="002A2E13">
        <w:rPr>
          <w:sz w:val="20"/>
          <w:szCs w:val="20"/>
          <w:lang w:val="ru-RU"/>
        </w:rPr>
        <w:t xml:space="preserve">Оплата делится пропорционально количеству месяцев обучения и вносится помесячно в срок до </w:t>
      </w:r>
      <w:r w:rsidR="00865DF5">
        <w:rPr>
          <w:sz w:val="20"/>
          <w:szCs w:val="20"/>
          <w:lang w:val="ru-RU"/>
        </w:rPr>
        <w:t>10</w:t>
      </w:r>
      <w:r w:rsidRPr="002A2E13">
        <w:rPr>
          <w:sz w:val="20"/>
          <w:szCs w:val="20"/>
          <w:lang w:val="ru-RU"/>
        </w:rPr>
        <w:t>-го числа текущего месяца. При отсутствии оплаты в срок Обучающийся к занятиям не допускается.</w:t>
      </w:r>
    </w:p>
    <w:p w14:paraId="56D1B448" w14:textId="06D5F08E" w:rsidR="00A91456" w:rsidRPr="002A2E13" w:rsidRDefault="00000000">
      <w:pPr>
        <w:jc w:val="both"/>
        <w:rPr>
          <w:sz w:val="20"/>
          <w:szCs w:val="20"/>
          <w:lang w:val="ru-RU"/>
        </w:rPr>
      </w:pPr>
      <w:r w:rsidRPr="002A2E13">
        <w:rPr>
          <w:sz w:val="20"/>
          <w:szCs w:val="20"/>
          <w:lang w:val="ru-RU"/>
        </w:rPr>
        <w:t>3.5. Увеличение стоимости образовательных услуг после заключения Договора не допускается, за исключением увеличения стоимости с учётом уровня инфляции, предусмотренного основными характеристиками федерального бюджета на очередной финансовый год и плановый период (в соответствии</w:t>
      </w:r>
      <w:r w:rsidR="007A20AA" w:rsidRPr="002A2E13">
        <w:rPr>
          <w:sz w:val="20"/>
          <w:szCs w:val="20"/>
          <w:lang w:val="ru-RU"/>
        </w:rPr>
        <w:t xml:space="preserve"> с</w:t>
      </w:r>
      <w:r w:rsidRPr="002A2E13">
        <w:rPr>
          <w:sz w:val="20"/>
          <w:szCs w:val="20"/>
          <w:lang w:val="ru-RU"/>
        </w:rPr>
        <w:t xml:space="preserve"> п. 9 «Правил оказания платных образовательных услуг» (утверждены постановлением Правительства РФ от 15.09.2020 № 1441). Исполнитель вправе скорректировать стоимость один раз в год. </w:t>
      </w:r>
    </w:p>
    <w:p w14:paraId="45FE242B" w14:textId="77777777" w:rsidR="00A91456" w:rsidRPr="002A2E13" w:rsidRDefault="00000000">
      <w:pPr>
        <w:jc w:val="both"/>
        <w:rPr>
          <w:sz w:val="20"/>
          <w:szCs w:val="20"/>
          <w:lang w:val="ru-RU"/>
        </w:rPr>
      </w:pPr>
      <w:r w:rsidRPr="002A2E13">
        <w:rPr>
          <w:sz w:val="20"/>
          <w:szCs w:val="20"/>
          <w:lang w:val="ru-RU"/>
        </w:rPr>
        <w:lastRenderedPageBreak/>
        <w:t xml:space="preserve">3.6. Оплата может быть произведена Заказчиком за счет средств материнского капитала путем перечисления полной стоимости образовательных услуг на расчетный счет Учреждения. Данная сумма должна быть внесена не позднее «___»_______2026 г. </w:t>
      </w:r>
    </w:p>
    <w:p w14:paraId="3FDC9DFA" w14:textId="7BA54CC9" w:rsidR="00A91456" w:rsidRPr="002A2E13" w:rsidRDefault="00000000">
      <w:pPr>
        <w:jc w:val="both"/>
        <w:rPr>
          <w:sz w:val="20"/>
          <w:szCs w:val="20"/>
          <w:lang w:val="ru-RU"/>
        </w:rPr>
      </w:pPr>
      <w:r w:rsidRPr="002A2E13">
        <w:rPr>
          <w:sz w:val="20"/>
          <w:szCs w:val="20"/>
          <w:lang w:val="ru-RU"/>
        </w:rPr>
        <w:t xml:space="preserve">3.7. При зачислении Заказчик, дополнительно к тарифу, оплачивает ежегодный взнос на материальное обеспечение учебного процесса в сумме _____________________________________ рублей. Данная сумма является усредненной по учебному заведению и не конкретизирована для каждого обучающегося. При расторжении договора, независимо от причин, данный ежегодный взнос Заказчику не возвращается.          </w:t>
      </w:r>
    </w:p>
    <w:p w14:paraId="3BECE4E7" w14:textId="1335FB08" w:rsidR="00A91456" w:rsidRPr="002A2E13" w:rsidRDefault="00000000">
      <w:pPr>
        <w:jc w:val="both"/>
        <w:rPr>
          <w:sz w:val="20"/>
          <w:szCs w:val="20"/>
          <w:lang w:val="ru-RU"/>
        </w:rPr>
      </w:pPr>
      <w:r w:rsidRPr="002A2E13">
        <w:rPr>
          <w:sz w:val="20"/>
          <w:szCs w:val="20"/>
          <w:lang w:val="ru-RU"/>
        </w:rPr>
        <w:t xml:space="preserve">3.8. При сокращении численности группы до мини-группы (3 - 5 человек) в течение учебного года по независящим от Исполнителя причинам, по согласию с Заказчиком (Дополнительное соглашение) Обучающийся может быть переведен в другую группу или на тариф для </w:t>
      </w:r>
      <w:r w:rsidR="00717D76" w:rsidRPr="002A2E13">
        <w:rPr>
          <w:sz w:val="20"/>
          <w:szCs w:val="20"/>
          <w:lang w:val="ru-RU"/>
        </w:rPr>
        <w:t>мини-</w:t>
      </w:r>
      <w:r w:rsidRPr="002A2E13">
        <w:rPr>
          <w:sz w:val="20"/>
          <w:szCs w:val="20"/>
          <w:lang w:val="ru-RU"/>
        </w:rPr>
        <w:t xml:space="preserve">групп, вплоть до индивидуального формата (из перечня на вкладке сайта: </w:t>
      </w:r>
      <w:r w:rsidR="00717D76" w:rsidRPr="002A2E13">
        <w:rPr>
          <w:sz w:val="20"/>
          <w:szCs w:val="20"/>
        </w:rPr>
        <w:t>https</w:t>
      </w:r>
      <w:r w:rsidR="00717D76" w:rsidRPr="002A2E13">
        <w:rPr>
          <w:sz w:val="20"/>
          <w:szCs w:val="20"/>
          <w:lang w:val="ru-RU"/>
        </w:rPr>
        <w:t>://</w:t>
      </w:r>
      <w:r w:rsidR="00717D76" w:rsidRPr="002A2E13">
        <w:rPr>
          <w:sz w:val="20"/>
          <w:szCs w:val="20"/>
        </w:rPr>
        <w:t>repetitor</w:t>
      </w:r>
      <w:r w:rsidR="00717D76" w:rsidRPr="002A2E13">
        <w:rPr>
          <w:sz w:val="20"/>
          <w:szCs w:val="20"/>
          <w:lang w:val="ru-RU"/>
        </w:rPr>
        <w:t>27.</w:t>
      </w:r>
      <w:r w:rsidR="00717D76" w:rsidRPr="002A2E13">
        <w:rPr>
          <w:sz w:val="20"/>
          <w:szCs w:val="20"/>
        </w:rPr>
        <w:t>ru</w:t>
      </w:r>
      <w:r w:rsidR="00717D76" w:rsidRPr="002A2E13">
        <w:rPr>
          <w:sz w:val="20"/>
          <w:szCs w:val="20"/>
          <w:lang w:val="ru-RU"/>
        </w:rPr>
        <w:t>/</w:t>
      </w:r>
      <w:r w:rsidR="00717D76" w:rsidRPr="002A2E13">
        <w:rPr>
          <w:sz w:val="20"/>
          <w:szCs w:val="20"/>
        </w:rPr>
        <w:t>files</w:t>
      </w:r>
      <w:r w:rsidR="00717D76" w:rsidRPr="002A2E13">
        <w:rPr>
          <w:sz w:val="20"/>
          <w:szCs w:val="20"/>
          <w:lang w:val="ru-RU"/>
        </w:rPr>
        <w:t>/</w:t>
      </w:r>
      <w:r w:rsidR="00717D76" w:rsidRPr="002A2E13">
        <w:rPr>
          <w:sz w:val="20"/>
          <w:szCs w:val="20"/>
        </w:rPr>
        <w:t>price</w:t>
      </w:r>
      <w:r w:rsidR="00717D76" w:rsidRPr="002A2E13">
        <w:rPr>
          <w:sz w:val="20"/>
          <w:szCs w:val="20"/>
          <w:lang w:val="ru-RU"/>
        </w:rPr>
        <w:t>/</w:t>
      </w:r>
      <w:r w:rsidR="00717D76" w:rsidRPr="002A2E13">
        <w:rPr>
          <w:sz w:val="20"/>
          <w:szCs w:val="20"/>
        </w:rPr>
        <w:t>price</w:t>
      </w:r>
      <w:r w:rsidR="00717D76" w:rsidRPr="002A2E13">
        <w:rPr>
          <w:sz w:val="20"/>
          <w:szCs w:val="20"/>
          <w:lang w:val="ru-RU"/>
        </w:rPr>
        <w:t>-</w:t>
      </w:r>
      <w:r w:rsidR="00717D76" w:rsidRPr="002A2E13">
        <w:rPr>
          <w:sz w:val="20"/>
          <w:szCs w:val="20"/>
        </w:rPr>
        <w:t>repetitor</w:t>
      </w:r>
      <w:r w:rsidR="00717D76" w:rsidRPr="002A2E13">
        <w:rPr>
          <w:sz w:val="20"/>
          <w:szCs w:val="20"/>
          <w:lang w:val="ru-RU"/>
        </w:rPr>
        <w:t>27.</w:t>
      </w:r>
      <w:r w:rsidR="00717D76" w:rsidRPr="002A2E13">
        <w:rPr>
          <w:sz w:val="20"/>
          <w:szCs w:val="20"/>
        </w:rPr>
        <w:t>pdf</w:t>
      </w:r>
      <w:r w:rsidR="00717D76" w:rsidRPr="002A2E13">
        <w:rPr>
          <w:sz w:val="20"/>
          <w:szCs w:val="20"/>
          <w:lang w:val="ru-RU"/>
        </w:rPr>
        <w:t xml:space="preserve">). </w:t>
      </w:r>
      <w:r w:rsidRPr="002A2E13">
        <w:rPr>
          <w:sz w:val="20"/>
          <w:szCs w:val="20"/>
          <w:lang w:val="ru-RU"/>
        </w:rPr>
        <w:t>При переводе Обучающегося на тариф для м</w:t>
      </w:r>
      <w:r w:rsidR="00717D76" w:rsidRPr="002A2E13">
        <w:rPr>
          <w:sz w:val="20"/>
          <w:szCs w:val="20"/>
          <w:lang w:val="ru-RU"/>
        </w:rPr>
        <w:t>ини-</w:t>
      </w:r>
      <w:r w:rsidRPr="002A2E13">
        <w:rPr>
          <w:sz w:val="20"/>
          <w:szCs w:val="20"/>
          <w:lang w:val="ru-RU"/>
        </w:rPr>
        <w:t>групп</w:t>
      </w:r>
      <w:r w:rsidR="007F0ECD">
        <w:rPr>
          <w:sz w:val="20"/>
          <w:szCs w:val="20"/>
          <w:lang w:val="ru-RU"/>
        </w:rPr>
        <w:t xml:space="preserve"> </w:t>
      </w:r>
      <w:r w:rsidRPr="002A2E13">
        <w:rPr>
          <w:sz w:val="20"/>
          <w:szCs w:val="20"/>
          <w:lang w:val="ru-RU"/>
        </w:rPr>
        <w:t xml:space="preserve">оплата производится только </w:t>
      </w:r>
      <w:r w:rsidR="00865DF5">
        <w:rPr>
          <w:sz w:val="20"/>
          <w:szCs w:val="20"/>
          <w:lang w:val="ru-RU"/>
        </w:rPr>
        <w:t>согласно</w:t>
      </w:r>
      <w:r w:rsidRPr="002A2E13">
        <w:rPr>
          <w:sz w:val="20"/>
          <w:szCs w:val="20"/>
          <w:lang w:val="ru-RU"/>
        </w:rPr>
        <w:t xml:space="preserve"> п.3.2.2 (вариант тарифа - «гибкий»). В случае неподписания Заказчиком Дополнительного соглашения (отказа от предложенных вариантов) Договор подлежит расторжению по соглашению сторон».</w:t>
      </w:r>
    </w:p>
    <w:p w14:paraId="0A163A3A" w14:textId="77777777" w:rsidR="00A91456" w:rsidRPr="002A2E13" w:rsidRDefault="00000000">
      <w:pPr>
        <w:jc w:val="both"/>
        <w:rPr>
          <w:sz w:val="20"/>
          <w:szCs w:val="20"/>
          <w:lang w:val="ru-RU"/>
        </w:rPr>
      </w:pPr>
      <w:r w:rsidRPr="002A2E13">
        <w:rPr>
          <w:sz w:val="20"/>
          <w:szCs w:val="20"/>
          <w:lang w:val="ru-RU"/>
        </w:rPr>
        <w:t>3.9. При использовании Заказчиком средств Социального Сертификата через систему ПФДО Заказчик обязуется осуществить доплату полной стоимости обучения согласно пункту 3.4 настоящего Договора.</w:t>
      </w:r>
    </w:p>
    <w:p w14:paraId="11C4816A" w14:textId="77777777" w:rsidR="00A91456" w:rsidRPr="002A2E13" w:rsidRDefault="00000000">
      <w:pPr>
        <w:jc w:val="both"/>
        <w:rPr>
          <w:sz w:val="20"/>
          <w:szCs w:val="20"/>
          <w:lang w:val="ru-RU"/>
        </w:rPr>
      </w:pPr>
      <w:r w:rsidRPr="002A2E13">
        <w:rPr>
          <w:sz w:val="20"/>
          <w:szCs w:val="20"/>
          <w:lang w:val="ru-RU"/>
        </w:rPr>
        <w:t>3.10. При использовании Заказчиком средств Социального Сертификата, Заказчик теряет право использовать скидки, предусмотренные локальными актами Исполнителя.</w:t>
      </w:r>
    </w:p>
    <w:p w14:paraId="3AA577C8" w14:textId="190A6AF1" w:rsidR="00A91456" w:rsidRPr="002A2E13" w:rsidRDefault="00000000">
      <w:pPr>
        <w:spacing w:before="60" w:after="20"/>
        <w:jc w:val="center"/>
        <w:rPr>
          <w:sz w:val="20"/>
          <w:szCs w:val="20"/>
          <w:lang w:val="ru-RU"/>
        </w:rPr>
      </w:pPr>
      <w:r w:rsidRPr="002A2E13">
        <w:rPr>
          <w:b/>
          <w:sz w:val="20"/>
          <w:szCs w:val="20"/>
        </w:rPr>
        <w:t>IV</w:t>
      </w:r>
      <w:r w:rsidRPr="002A2E13">
        <w:rPr>
          <w:b/>
          <w:sz w:val="20"/>
          <w:szCs w:val="20"/>
          <w:lang w:val="ru-RU"/>
        </w:rPr>
        <w:t>. Права Исполнителя, Заказчика, Обучающегося</w:t>
      </w:r>
    </w:p>
    <w:p w14:paraId="78F0F6F0" w14:textId="77777777" w:rsidR="00A91456" w:rsidRPr="002A2E13" w:rsidRDefault="00000000">
      <w:pPr>
        <w:jc w:val="both"/>
        <w:rPr>
          <w:sz w:val="20"/>
          <w:szCs w:val="20"/>
          <w:lang w:val="ru-RU"/>
        </w:rPr>
      </w:pPr>
      <w:r w:rsidRPr="002A2E13">
        <w:rPr>
          <w:sz w:val="20"/>
          <w:szCs w:val="20"/>
          <w:lang w:val="ru-RU"/>
        </w:rPr>
        <w:t xml:space="preserve">4.1.  </w:t>
      </w:r>
      <w:r w:rsidRPr="002A2E13">
        <w:rPr>
          <w:b/>
          <w:sz w:val="20"/>
          <w:szCs w:val="20"/>
          <w:lang w:val="ru-RU"/>
        </w:rPr>
        <w:t>Исполнитель вправе:</w:t>
      </w:r>
    </w:p>
    <w:p w14:paraId="4F3E59BC" w14:textId="77777777" w:rsidR="00A91456" w:rsidRPr="002A2E13" w:rsidRDefault="00000000">
      <w:pPr>
        <w:jc w:val="both"/>
        <w:rPr>
          <w:sz w:val="20"/>
          <w:szCs w:val="20"/>
          <w:lang w:val="ru-RU"/>
        </w:rPr>
      </w:pPr>
      <w:r w:rsidRPr="002A2E13">
        <w:rPr>
          <w:sz w:val="20"/>
          <w:szCs w:val="20"/>
          <w:lang w:val="ru-RU"/>
        </w:rPr>
        <w:t>4.1.1.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r w:rsidRPr="002A2E13">
        <w:rPr>
          <w:b/>
          <w:sz w:val="20"/>
          <w:szCs w:val="20"/>
          <w:lang w:val="ru-RU"/>
        </w:rPr>
        <w:t>;</w:t>
      </w:r>
    </w:p>
    <w:p w14:paraId="26056793" w14:textId="6027ECA2" w:rsidR="00A91456" w:rsidRPr="002A2E13" w:rsidRDefault="00000000">
      <w:pPr>
        <w:jc w:val="both"/>
        <w:rPr>
          <w:sz w:val="20"/>
          <w:szCs w:val="20"/>
          <w:lang w:val="ru-RU"/>
        </w:rPr>
      </w:pPr>
      <w:r w:rsidRPr="002A2E13">
        <w:rPr>
          <w:sz w:val="20"/>
          <w:szCs w:val="20"/>
          <w:lang w:val="ru-RU"/>
        </w:rPr>
        <w:t>4.1.2. Применять к Обучающемуся меры поощрения и меры дисциплинарного взыскания в рамках ч.4 ст. 43 ФЗ от 29.12.2012 № 273-ФЗ «Об образовании в Российской Федерации» (в ред. от 25.04.2026 г.), предусмотренны</w:t>
      </w:r>
      <w:r w:rsidR="00807241" w:rsidRPr="002A2E13">
        <w:rPr>
          <w:sz w:val="20"/>
          <w:szCs w:val="20"/>
          <w:lang w:val="ru-RU"/>
        </w:rPr>
        <w:t>е</w:t>
      </w:r>
      <w:r w:rsidRPr="002A2E13">
        <w:rPr>
          <w:sz w:val="20"/>
          <w:szCs w:val="20"/>
          <w:lang w:val="ru-RU"/>
        </w:rPr>
        <w:t xml:space="preserve"> </w:t>
      </w:r>
      <w:r w:rsidRPr="002A2E13">
        <w:rPr>
          <w:b/>
          <w:sz w:val="20"/>
          <w:szCs w:val="20"/>
          <w:lang w:val="ru-RU"/>
        </w:rPr>
        <w:t>Уставом</w:t>
      </w:r>
      <w:r w:rsidRPr="002A2E13">
        <w:rPr>
          <w:sz w:val="20"/>
          <w:szCs w:val="20"/>
          <w:lang w:val="ru-RU"/>
        </w:rPr>
        <w:t xml:space="preserve"> Исполнителя, а также в соответствии с настоящим Договором и локальными нормативными актами Исполнителя;</w:t>
      </w:r>
    </w:p>
    <w:p w14:paraId="386349EB" w14:textId="66BED718" w:rsidR="00A91456" w:rsidRPr="002A2E13" w:rsidRDefault="00000000">
      <w:pPr>
        <w:jc w:val="both"/>
        <w:rPr>
          <w:sz w:val="20"/>
          <w:szCs w:val="20"/>
          <w:lang w:val="ru-RU"/>
        </w:rPr>
      </w:pPr>
      <w:r w:rsidRPr="002A2E13">
        <w:rPr>
          <w:sz w:val="20"/>
          <w:szCs w:val="20"/>
          <w:lang w:val="ru-RU"/>
        </w:rPr>
        <w:t xml:space="preserve">4.1.3. Оказывать образовательные услуги в соответствии с календарным учебным планом, расписанием занятий и другими локальными актами Исполнителя во временных пределах учебного года. Учебные часы равномерно распределяются в течение периода обучения. Исполнитель имеет право добавить в отдельные месяцы требуемое количество занятий, для компенсации </w:t>
      </w:r>
      <w:r w:rsidR="00B25F11" w:rsidRPr="002A2E13">
        <w:rPr>
          <w:sz w:val="20"/>
          <w:szCs w:val="20"/>
          <w:lang w:val="ru-RU"/>
        </w:rPr>
        <w:t xml:space="preserve">занятий, </w:t>
      </w:r>
      <w:r w:rsidRPr="002A2E13">
        <w:rPr>
          <w:sz w:val="20"/>
          <w:szCs w:val="20"/>
          <w:lang w:val="ru-RU"/>
        </w:rPr>
        <w:t xml:space="preserve">отмененных ранее по независящим от Исполнителя причинам (общегосударственные выходные, болезнь преподавателя и т.п.). Дополнительные часы устанавливаются на то время, которое позволяет аудиторный фонд и кадровое обеспечение. У Исполнителя отсутствует обязанность согласовывать дополнительные дни и время занятий с каждым участником группы. Заблаговременное информирование о дате и времени добавленных занятий (минимум за </w:t>
      </w:r>
      <w:r w:rsidR="00865DF5">
        <w:rPr>
          <w:sz w:val="20"/>
          <w:szCs w:val="20"/>
          <w:lang w:val="ru-RU"/>
        </w:rPr>
        <w:t>сутки</w:t>
      </w:r>
      <w:r w:rsidRPr="002A2E13">
        <w:rPr>
          <w:sz w:val="20"/>
          <w:szCs w:val="20"/>
          <w:lang w:val="ru-RU"/>
        </w:rPr>
        <w:t xml:space="preserve"> до их проведения) осуществляется одним или несколькими способами: телефонным звонком, </w:t>
      </w:r>
      <w:r w:rsidR="00B907C1" w:rsidRPr="002A2E13">
        <w:rPr>
          <w:sz w:val="20"/>
          <w:szCs w:val="20"/>
          <w:lang w:val="ru-RU"/>
        </w:rPr>
        <w:t>Смс-сообщением</w:t>
      </w:r>
      <w:r w:rsidRPr="002A2E13">
        <w:rPr>
          <w:sz w:val="20"/>
          <w:szCs w:val="20"/>
          <w:lang w:val="ru-RU"/>
        </w:rPr>
        <w:t>, сообщением через мессенджеры. При соблюдении Исполнителем способов и сроков информирования, стоимость пропущенных Обучающимся дополнительных занятий не подлежит компенсации;</w:t>
      </w:r>
    </w:p>
    <w:p w14:paraId="28D05CF2" w14:textId="3FB561B7" w:rsidR="00A91456" w:rsidRPr="002A2E13" w:rsidRDefault="00000000">
      <w:pPr>
        <w:jc w:val="both"/>
        <w:rPr>
          <w:sz w:val="20"/>
          <w:szCs w:val="20"/>
          <w:lang w:val="ru-RU"/>
        </w:rPr>
      </w:pPr>
      <w:r w:rsidRPr="002A2E13">
        <w:rPr>
          <w:sz w:val="20"/>
          <w:szCs w:val="20"/>
          <w:lang w:val="ru-RU"/>
        </w:rPr>
        <w:t xml:space="preserve">4.1.4. Исполнитель имеет право использовать фотографии Обучающегося, а также видеоматериалы с участием Обучающегося, снятые во время занятий для размещения на сайте и на страницах </w:t>
      </w:r>
      <w:r w:rsidR="00B907C1">
        <w:rPr>
          <w:sz w:val="20"/>
          <w:szCs w:val="20"/>
          <w:lang w:val="ru-RU"/>
        </w:rPr>
        <w:t>Исполнителя</w:t>
      </w:r>
      <w:r w:rsidRPr="002A2E13">
        <w:rPr>
          <w:sz w:val="20"/>
          <w:szCs w:val="20"/>
          <w:lang w:val="ru-RU"/>
        </w:rPr>
        <w:t xml:space="preserve"> в социальных сетях (в информационных, презентационных, маркетинговых целях). При этом Исполнитель гарантирует, что не имеет намерени</w:t>
      </w:r>
      <w:r w:rsidR="00B25F11" w:rsidRPr="002A2E13">
        <w:rPr>
          <w:sz w:val="20"/>
          <w:szCs w:val="20"/>
          <w:lang w:val="ru-RU"/>
        </w:rPr>
        <w:t>я</w:t>
      </w:r>
      <w:r w:rsidRPr="002A2E13">
        <w:rPr>
          <w:sz w:val="20"/>
          <w:szCs w:val="20"/>
          <w:lang w:val="ru-RU"/>
        </w:rPr>
        <w:t xml:space="preserve"> нанести вред Обучающемуся. В случае отказа Заказчика в разрешении на фото-видеосъемку Обучающегося оформляется официальный отказ (специальное приложение к настоящему Договору</w:t>
      </w:r>
      <w:r w:rsidR="00B25F11" w:rsidRPr="002A2E13">
        <w:rPr>
          <w:sz w:val="20"/>
          <w:szCs w:val="20"/>
          <w:lang w:val="ru-RU"/>
        </w:rPr>
        <w:t>)</w:t>
      </w:r>
      <w:r w:rsidRPr="002A2E13">
        <w:rPr>
          <w:sz w:val="20"/>
          <w:szCs w:val="20"/>
          <w:lang w:val="ru-RU"/>
        </w:rPr>
        <w:t>. При отсутствии такого отказа Исполнитель вправе действовать в рамках п. 4.1.4 настоящего Договора без дополнительных условий и ограничений.</w:t>
      </w:r>
    </w:p>
    <w:p w14:paraId="5C8A7286" w14:textId="77777777" w:rsidR="00A91456" w:rsidRPr="002A2E13" w:rsidRDefault="00000000">
      <w:pPr>
        <w:jc w:val="both"/>
        <w:rPr>
          <w:sz w:val="20"/>
          <w:szCs w:val="20"/>
          <w:lang w:val="ru-RU"/>
        </w:rPr>
      </w:pPr>
      <w:r w:rsidRPr="002A2E13">
        <w:rPr>
          <w:sz w:val="20"/>
          <w:szCs w:val="20"/>
          <w:lang w:val="ru-RU"/>
        </w:rPr>
        <w:t xml:space="preserve">4.2.  </w:t>
      </w:r>
      <w:r w:rsidRPr="002A2E13">
        <w:rPr>
          <w:b/>
          <w:sz w:val="20"/>
          <w:szCs w:val="20"/>
          <w:lang w:val="ru-RU"/>
        </w:rPr>
        <w:t>Заказчик</w:t>
      </w:r>
      <w:r w:rsidRPr="002A2E13">
        <w:rPr>
          <w:sz w:val="20"/>
          <w:szCs w:val="20"/>
          <w:lang w:val="ru-RU"/>
        </w:rPr>
        <w:t xml:space="preserve"> </w:t>
      </w:r>
      <w:r w:rsidRPr="002A2E13">
        <w:rPr>
          <w:b/>
          <w:sz w:val="20"/>
          <w:szCs w:val="20"/>
          <w:lang w:val="ru-RU"/>
        </w:rPr>
        <w:t>вправе</w:t>
      </w:r>
      <w:r w:rsidRPr="002A2E13">
        <w:rPr>
          <w:sz w:val="20"/>
          <w:szCs w:val="20"/>
          <w:lang w:val="ru-RU"/>
        </w:rPr>
        <w:t>:</w:t>
      </w:r>
    </w:p>
    <w:p w14:paraId="46586AE0" w14:textId="2C21F568" w:rsidR="00A91456" w:rsidRPr="002A2E13" w:rsidRDefault="00000000">
      <w:pPr>
        <w:jc w:val="both"/>
        <w:rPr>
          <w:sz w:val="20"/>
          <w:szCs w:val="20"/>
          <w:lang w:val="ru-RU"/>
        </w:rPr>
      </w:pPr>
      <w:r w:rsidRPr="002A2E13">
        <w:rPr>
          <w:sz w:val="20"/>
          <w:szCs w:val="20"/>
          <w:lang w:val="ru-RU"/>
        </w:rPr>
        <w:t xml:space="preserve">4.2.1. Получить от Исполнителя информацию о порядке оказания услуг, предусмотренных разделом 1 настоящего Договора, а также образовательной деятельности Исполнителя и перспективах ее развития. Информация размещена на сайте </w:t>
      </w:r>
      <w:r w:rsidRPr="002A2E13">
        <w:rPr>
          <w:sz w:val="20"/>
          <w:szCs w:val="20"/>
        </w:rPr>
        <w:t>www</w:t>
      </w:r>
      <w:r w:rsidRPr="002A2E13">
        <w:rPr>
          <w:sz w:val="20"/>
          <w:szCs w:val="20"/>
          <w:lang w:val="ru-RU"/>
        </w:rPr>
        <w:t>.</w:t>
      </w:r>
      <w:r w:rsidRPr="002A2E13">
        <w:rPr>
          <w:sz w:val="20"/>
          <w:szCs w:val="20"/>
        </w:rPr>
        <w:t>repetitor</w:t>
      </w:r>
      <w:r w:rsidRPr="002A2E13">
        <w:rPr>
          <w:sz w:val="20"/>
          <w:szCs w:val="20"/>
          <w:lang w:val="ru-RU"/>
        </w:rPr>
        <w:t>27.</w:t>
      </w:r>
      <w:r w:rsidRPr="002A2E13">
        <w:rPr>
          <w:sz w:val="20"/>
          <w:szCs w:val="20"/>
        </w:rPr>
        <w:t>ru</w:t>
      </w:r>
      <w:r w:rsidRPr="002A2E13">
        <w:rPr>
          <w:sz w:val="20"/>
          <w:szCs w:val="20"/>
          <w:lang w:val="ru-RU"/>
        </w:rPr>
        <w:t xml:space="preserve"> и актуальна на дату заключения настоящего Договора;</w:t>
      </w:r>
    </w:p>
    <w:p w14:paraId="4908F84E" w14:textId="77777777" w:rsidR="00A91456" w:rsidRPr="002A2E13" w:rsidRDefault="00000000">
      <w:pPr>
        <w:jc w:val="both"/>
        <w:rPr>
          <w:sz w:val="20"/>
          <w:szCs w:val="20"/>
          <w:lang w:val="ru-RU"/>
        </w:rPr>
      </w:pPr>
      <w:r w:rsidRPr="002A2E13">
        <w:rPr>
          <w:sz w:val="20"/>
          <w:szCs w:val="20"/>
          <w:lang w:val="ru-RU"/>
        </w:rPr>
        <w:t>4.2.2. Получать информацию об успеваемости, поведении, отношении Обучающегося к учебе.</w:t>
      </w:r>
    </w:p>
    <w:p w14:paraId="782A9582" w14:textId="77777777" w:rsidR="00A91456" w:rsidRPr="002A2E13" w:rsidRDefault="00000000">
      <w:pPr>
        <w:jc w:val="both"/>
        <w:rPr>
          <w:sz w:val="20"/>
          <w:szCs w:val="20"/>
          <w:lang w:val="ru-RU"/>
        </w:rPr>
      </w:pPr>
      <w:r w:rsidRPr="002A2E13">
        <w:rPr>
          <w:sz w:val="20"/>
          <w:szCs w:val="20"/>
          <w:lang w:val="ru-RU"/>
        </w:rPr>
        <w:t>4.2.3. Заказчик имеет право получить уточняющую информацию от Исполнителя при заключении Договора</w:t>
      </w:r>
    </w:p>
    <w:p w14:paraId="14B69FE1" w14:textId="77777777" w:rsidR="00A91456" w:rsidRPr="002A2E13" w:rsidRDefault="00000000">
      <w:pPr>
        <w:jc w:val="both"/>
        <w:rPr>
          <w:sz w:val="20"/>
          <w:szCs w:val="20"/>
          <w:lang w:val="ru-RU"/>
        </w:rPr>
      </w:pPr>
      <w:r w:rsidRPr="002A2E13">
        <w:rPr>
          <w:sz w:val="20"/>
          <w:szCs w:val="20"/>
          <w:lang w:val="ru-RU"/>
        </w:rPr>
        <w:t xml:space="preserve">4.3 </w:t>
      </w:r>
      <w:r w:rsidRPr="002A2E13">
        <w:rPr>
          <w:b/>
          <w:sz w:val="20"/>
          <w:szCs w:val="20"/>
          <w:lang w:val="ru-RU"/>
        </w:rPr>
        <w:t>Обучающийся вправе</w:t>
      </w:r>
      <w:r w:rsidRPr="002A2E13">
        <w:rPr>
          <w:sz w:val="20"/>
          <w:szCs w:val="20"/>
          <w:lang w:val="ru-RU"/>
        </w:rPr>
        <w:t>:</w:t>
      </w:r>
    </w:p>
    <w:p w14:paraId="3D2033C2" w14:textId="77777777" w:rsidR="00A91456" w:rsidRPr="002A2E13" w:rsidRDefault="00000000">
      <w:pPr>
        <w:jc w:val="both"/>
        <w:rPr>
          <w:sz w:val="20"/>
          <w:szCs w:val="20"/>
          <w:lang w:val="ru-RU"/>
        </w:rPr>
      </w:pPr>
      <w:r w:rsidRPr="002A2E13">
        <w:rPr>
          <w:sz w:val="20"/>
          <w:szCs w:val="20"/>
          <w:lang w:val="ru-RU"/>
        </w:rPr>
        <w:t>4.3.1. Получать полную и достоверную информацию об оценке своих знаний, умений и навыков, а также о критериях этой оценки;</w:t>
      </w:r>
    </w:p>
    <w:p w14:paraId="176E7C16" w14:textId="4F64F6D2" w:rsidR="00A91456" w:rsidRPr="002A2E13" w:rsidRDefault="00000000">
      <w:pPr>
        <w:jc w:val="both"/>
        <w:rPr>
          <w:sz w:val="20"/>
          <w:szCs w:val="20"/>
          <w:lang w:val="ru-RU"/>
        </w:rPr>
      </w:pPr>
      <w:r w:rsidRPr="002A2E13">
        <w:rPr>
          <w:sz w:val="20"/>
          <w:szCs w:val="20"/>
          <w:lang w:val="ru-RU"/>
        </w:rPr>
        <w:t>4.3.2. Пользоваться академическими правами в соответствии</w:t>
      </w:r>
      <w:r w:rsidR="0081265F" w:rsidRPr="002A2E13">
        <w:rPr>
          <w:sz w:val="20"/>
          <w:szCs w:val="20"/>
          <w:lang w:val="ru-RU"/>
        </w:rPr>
        <w:t xml:space="preserve"> с</w:t>
      </w:r>
      <w:r w:rsidRPr="002A2E13">
        <w:rPr>
          <w:sz w:val="20"/>
          <w:szCs w:val="20"/>
          <w:lang w:val="ru-RU"/>
        </w:rPr>
        <w:t xml:space="preserve"> ФЗ от 29.12.2012 № 273 «Об образовании в Российской Федерации» (в ред. 25.04.2026 г.).</w:t>
      </w:r>
    </w:p>
    <w:p w14:paraId="049B0CF8" w14:textId="2C72775F" w:rsidR="00A91456" w:rsidRPr="002A2E13" w:rsidRDefault="00000000">
      <w:pPr>
        <w:spacing w:before="60" w:after="20"/>
        <w:jc w:val="center"/>
        <w:rPr>
          <w:sz w:val="20"/>
          <w:szCs w:val="20"/>
          <w:lang w:val="ru-RU"/>
        </w:rPr>
      </w:pPr>
      <w:r w:rsidRPr="002A2E13">
        <w:rPr>
          <w:b/>
          <w:sz w:val="20"/>
          <w:szCs w:val="20"/>
        </w:rPr>
        <w:t>V</w:t>
      </w:r>
      <w:r w:rsidRPr="002A2E13">
        <w:rPr>
          <w:b/>
          <w:sz w:val="20"/>
          <w:szCs w:val="20"/>
          <w:lang w:val="ru-RU"/>
        </w:rPr>
        <w:t>. Обязанности Исполнителя, Заказчика, Обучающегося</w:t>
      </w:r>
    </w:p>
    <w:p w14:paraId="4B4D49AE" w14:textId="77777777" w:rsidR="00A91456" w:rsidRPr="002A2E13" w:rsidRDefault="00000000">
      <w:pPr>
        <w:jc w:val="both"/>
        <w:rPr>
          <w:sz w:val="20"/>
          <w:szCs w:val="20"/>
          <w:lang w:val="ru-RU"/>
        </w:rPr>
      </w:pPr>
      <w:r w:rsidRPr="002A2E13">
        <w:rPr>
          <w:b/>
          <w:sz w:val="20"/>
          <w:szCs w:val="20"/>
          <w:lang w:val="ru-RU"/>
        </w:rPr>
        <w:t>5.1. Исполнитель</w:t>
      </w:r>
      <w:r w:rsidRPr="002A2E13">
        <w:rPr>
          <w:sz w:val="20"/>
          <w:szCs w:val="20"/>
          <w:lang w:val="ru-RU"/>
        </w:rPr>
        <w:t xml:space="preserve"> </w:t>
      </w:r>
      <w:r w:rsidRPr="002A2E13">
        <w:rPr>
          <w:b/>
          <w:sz w:val="20"/>
          <w:szCs w:val="20"/>
          <w:lang w:val="ru-RU"/>
        </w:rPr>
        <w:t>обязан</w:t>
      </w:r>
      <w:r w:rsidRPr="002A2E13">
        <w:rPr>
          <w:sz w:val="20"/>
          <w:szCs w:val="20"/>
          <w:lang w:val="ru-RU"/>
        </w:rPr>
        <w:t>:</w:t>
      </w:r>
    </w:p>
    <w:p w14:paraId="6F106BE7" w14:textId="14D25DDC" w:rsidR="00A91456" w:rsidRPr="002A2E13" w:rsidRDefault="00000000">
      <w:pPr>
        <w:jc w:val="both"/>
        <w:rPr>
          <w:sz w:val="20"/>
          <w:szCs w:val="20"/>
          <w:lang w:val="ru-RU"/>
        </w:rPr>
      </w:pPr>
      <w:r w:rsidRPr="002A2E13">
        <w:rPr>
          <w:sz w:val="20"/>
          <w:szCs w:val="20"/>
          <w:lang w:val="ru-RU"/>
        </w:rPr>
        <w:t xml:space="preserve">5.1.1. </w:t>
      </w:r>
      <w:r w:rsidR="002A2E13" w:rsidRPr="002A2E13">
        <w:rPr>
          <w:sz w:val="20"/>
          <w:szCs w:val="20"/>
          <w:lang w:val="ru-RU"/>
        </w:rPr>
        <w:t>Зачислить Обучающегося</w:t>
      </w:r>
      <w:r w:rsidRPr="002A2E13">
        <w:rPr>
          <w:sz w:val="20"/>
          <w:szCs w:val="20"/>
          <w:lang w:val="ru-RU"/>
        </w:rPr>
        <w:t>, выполнившего установленные Уставом и Положением о порядке приёма, перевода и отчисления обучающихся в ЧОУДО «Школа иностранных языков «Репетитор» г. Хабаровск» условия;</w:t>
      </w:r>
    </w:p>
    <w:p w14:paraId="640878FF" w14:textId="77777777" w:rsidR="00A91456" w:rsidRPr="002A2E13" w:rsidRDefault="00000000">
      <w:pPr>
        <w:jc w:val="both"/>
        <w:rPr>
          <w:sz w:val="20"/>
          <w:szCs w:val="20"/>
          <w:lang w:val="ru-RU"/>
        </w:rPr>
      </w:pPr>
      <w:r w:rsidRPr="002A2E13">
        <w:rPr>
          <w:sz w:val="20"/>
          <w:szCs w:val="20"/>
          <w:lang w:val="ru-RU"/>
        </w:rPr>
        <w:t>5.1.2. Обеспечить надлежащее оказание услуг, предусмотренных в разделе 1 настоящего Договора. Образовательные услуги оказываются в соответствии с учебным планом, годовым учебным графиком, расписанием занятий и другими локальными актами, разработанными Исполнителем;</w:t>
      </w:r>
    </w:p>
    <w:p w14:paraId="3416C70C" w14:textId="77777777" w:rsidR="00A91456" w:rsidRPr="002A2E13" w:rsidRDefault="00000000">
      <w:pPr>
        <w:jc w:val="both"/>
        <w:rPr>
          <w:sz w:val="20"/>
          <w:szCs w:val="20"/>
          <w:lang w:val="ru-RU"/>
        </w:rPr>
      </w:pPr>
      <w:r w:rsidRPr="002A2E13">
        <w:rPr>
          <w:sz w:val="20"/>
          <w:szCs w:val="20"/>
          <w:lang w:val="ru-RU"/>
        </w:rPr>
        <w:t>5.1.3. Обеспечить Обучающемуся предусмотренные выбранной образовательной программой необходимые условия для ее освоения;</w:t>
      </w:r>
    </w:p>
    <w:p w14:paraId="68DEED3A" w14:textId="77777777" w:rsidR="00A91456" w:rsidRPr="002A2E13" w:rsidRDefault="00000000">
      <w:pPr>
        <w:jc w:val="both"/>
        <w:rPr>
          <w:sz w:val="20"/>
          <w:szCs w:val="20"/>
          <w:lang w:val="ru-RU"/>
        </w:rPr>
      </w:pPr>
      <w:r w:rsidRPr="002A2E13">
        <w:rPr>
          <w:sz w:val="20"/>
          <w:szCs w:val="20"/>
          <w:lang w:val="ru-RU"/>
        </w:rPr>
        <w:t>5.1.4. Обеспечить Обучающемуся уважение человеческого достоинства, защиту от всех форм физического и психологического насилия, оскорбления личности, охрану здоровья, обеспечить условия укрепления нравственного, физического и психологического здоровья, эмоционального благополучия Обучающегося с учетом его индивидуальных особенностей;</w:t>
      </w:r>
    </w:p>
    <w:p w14:paraId="4B3FAA0E" w14:textId="77777777" w:rsidR="00A91456" w:rsidRPr="002A2E13" w:rsidRDefault="00000000">
      <w:pPr>
        <w:jc w:val="both"/>
        <w:rPr>
          <w:sz w:val="20"/>
          <w:szCs w:val="20"/>
          <w:lang w:val="ru-RU"/>
        </w:rPr>
      </w:pPr>
      <w:r w:rsidRPr="002A2E13">
        <w:rPr>
          <w:sz w:val="20"/>
          <w:szCs w:val="20"/>
          <w:lang w:val="ru-RU"/>
        </w:rPr>
        <w:t>5.1.5. Сохранить место за Обучающимся в случае пропуска занятий по уважительным причинам (при надлежащем исполнении п. 5.2.2 настоящего Договора);</w:t>
      </w:r>
    </w:p>
    <w:p w14:paraId="646BA8B6" w14:textId="17F1585D" w:rsidR="00A91456" w:rsidRPr="002A2E13" w:rsidRDefault="00000000">
      <w:pPr>
        <w:jc w:val="both"/>
        <w:rPr>
          <w:sz w:val="20"/>
          <w:szCs w:val="20"/>
          <w:lang w:val="ru-RU"/>
        </w:rPr>
      </w:pPr>
      <w:r w:rsidRPr="002A2E13">
        <w:rPr>
          <w:sz w:val="20"/>
          <w:szCs w:val="20"/>
          <w:lang w:val="ru-RU"/>
        </w:rPr>
        <w:lastRenderedPageBreak/>
        <w:t>5.1.6. Довести до Заказчика (Обучающегося) информацию, содержащую сведения о предоставлении платных образовательных услуг в порядке и объеме, которые предусмотрены Законом № 273-ФЗ от 29.12.2012 г. «Об образовании в российской Федерации» (в редакции 25</w:t>
      </w:r>
      <w:r w:rsidR="00A61BD9" w:rsidRPr="002A2E13">
        <w:rPr>
          <w:sz w:val="20"/>
          <w:szCs w:val="20"/>
          <w:lang w:val="ru-RU"/>
        </w:rPr>
        <w:t>.</w:t>
      </w:r>
      <w:r w:rsidRPr="002A2E13">
        <w:rPr>
          <w:sz w:val="20"/>
          <w:szCs w:val="20"/>
          <w:lang w:val="ru-RU"/>
        </w:rPr>
        <w:t>04.2026 г.).</w:t>
      </w:r>
    </w:p>
    <w:p w14:paraId="11342EDA" w14:textId="2577C981" w:rsidR="00A91456" w:rsidRPr="002A2E13" w:rsidRDefault="00000000">
      <w:pPr>
        <w:jc w:val="both"/>
        <w:rPr>
          <w:sz w:val="20"/>
          <w:szCs w:val="20"/>
          <w:lang w:val="ru-RU"/>
        </w:rPr>
      </w:pPr>
      <w:r w:rsidRPr="002A2E13">
        <w:rPr>
          <w:b/>
          <w:sz w:val="20"/>
          <w:szCs w:val="20"/>
          <w:lang w:val="ru-RU"/>
        </w:rPr>
        <w:t>5.2. Заказчик обязан</w:t>
      </w:r>
      <w:r w:rsidR="0081265F" w:rsidRPr="002A2E13">
        <w:rPr>
          <w:b/>
          <w:sz w:val="20"/>
          <w:szCs w:val="20"/>
          <w:lang w:val="ru-RU"/>
        </w:rPr>
        <w:t>:</w:t>
      </w:r>
    </w:p>
    <w:p w14:paraId="19F627C8" w14:textId="77777777" w:rsidR="00A91456" w:rsidRPr="002A2E13" w:rsidRDefault="00000000">
      <w:pPr>
        <w:jc w:val="both"/>
        <w:rPr>
          <w:sz w:val="20"/>
          <w:szCs w:val="20"/>
          <w:lang w:val="ru-RU"/>
        </w:rPr>
      </w:pPr>
      <w:r w:rsidRPr="002A2E13">
        <w:rPr>
          <w:sz w:val="20"/>
          <w:szCs w:val="20"/>
          <w:lang w:val="ru-RU"/>
        </w:rPr>
        <w:t>5.2.1. Своевременно вносить плату за предоставляемые услуги, указанные в разделе 1 настоящего Договора, в размере и порядке, предусмотренном настоящим Договором (ч. 3);</w:t>
      </w:r>
    </w:p>
    <w:p w14:paraId="1360DB2E" w14:textId="5860454E" w:rsidR="00A91456" w:rsidRPr="002A2E13" w:rsidRDefault="00000000">
      <w:pPr>
        <w:jc w:val="both"/>
        <w:rPr>
          <w:sz w:val="20"/>
          <w:szCs w:val="20"/>
          <w:lang w:val="ru-RU"/>
        </w:rPr>
      </w:pPr>
      <w:r w:rsidRPr="002A2E13">
        <w:rPr>
          <w:sz w:val="20"/>
          <w:szCs w:val="20"/>
          <w:lang w:val="ru-RU"/>
        </w:rPr>
        <w:t>5.2.2. Извещать Исполнителя об уважительных причинах отсутствия Обучающегося на занятиях;</w:t>
      </w:r>
    </w:p>
    <w:p w14:paraId="05C53E0B" w14:textId="77777777" w:rsidR="00A91456" w:rsidRPr="002A2E13" w:rsidRDefault="00000000">
      <w:pPr>
        <w:jc w:val="both"/>
        <w:rPr>
          <w:sz w:val="20"/>
          <w:szCs w:val="20"/>
          <w:lang w:val="ru-RU"/>
        </w:rPr>
      </w:pPr>
      <w:r w:rsidRPr="002A2E13">
        <w:rPr>
          <w:sz w:val="20"/>
          <w:szCs w:val="20"/>
          <w:lang w:val="ru-RU"/>
        </w:rPr>
        <w:t>5.2.3. Проявлять уважение к педагогическому, учебно-вспомогательному и иному персоналу Исполнителя;</w:t>
      </w:r>
    </w:p>
    <w:p w14:paraId="7AE9E6A9" w14:textId="77777777" w:rsidR="00A91456" w:rsidRPr="002A2E13" w:rsidRDefault="00000000">
      <w:pPr>
        <w:jc w:val="both"/>
        <w:rPr>
          <w:sz w:val="20"/>
          <w:szCs w:val="20"/>
          <w:lang w:val="ru-RU"/>
        </w:rPr>
      </w:pPr>
      <w:r w:rsidRPr="002A2E13">
        <w:rPr>
          <w:sz w:val="20"/>
          <w:szCs w:val="20"/>
          <w:lang w:val="ru-RU"/>
        </w:rPr>
        <w:t>5.2.4. Возмещать ущерб, причиненный Обучающимся имуществу Исполнителя, в соответствии с законодательством Российской Федерации;</w:t>
      </w:r>
    </w:p>
    <w:p w14:paraId="7A42EA36" w14:textId="77777777" w:rsidR="00A91456" w:rsidRPr="002A2E13" w:rsidRDefault="00000000">
      <w:pPr>
        <w:jc w:val="both"/>
        <w:rPr>
          <w:sz w:val="20"/>
          <w:szCs w:val="20"/>
          <w:lang w:val="ru-RU"/>
        </w:rPr>
      </w:pPr>
      <w:r w:rsidRPr="002A2E13">
        <w:rPr>
          <w:sz w:val="20"/>
          <w:szCs w:val="20"/>
          <w:lang w:val="ru-RU"/>
        </w:rPr>
        <w:t>5.2.5. Обеспечить посещение Обучающимся занятий согласно учебному расписанию;</w:t>
      </w:r>
    </w:p>
    <w:p w14:paraId="74200D87" w14:textId="77777777" w:rsidR="00A91456" w:rsidRPr="002A2E13" w:rsidRDefault="00000000">
      <w:pPr>
        <w:jc w:val="both"/>
        <w:rPr>
          <w:sz w:val="20"/>
          <w:szCs w:val="20"/>
          <w:lang w:val="ru-RU"/>
        </w:rPr>
      </w:pPr>
      <w:r w:rsidRPr="002A2E13">
        <w:rPr>
          <w:sz w:val="20"/>
          <w:szCs w:val="20"/>
          <w:lang w:val="ru-RU"/>
        </w:rPr>
        <w:t xml:space="preserve">5.2.6. Обеспечивать выполнение Обучающимся самостоятельных домашних заданий; </w:t>
      </w:r>
    </w:p>
    <w:p w14:paraId="0CB3F440" w14:textId="3046D53B" w:rsidR="00A91456" w:rsidRPr="002A2E13" w:rsidRDefault="00000000">
      <w:pPr>
        <w:jc w:val="both"/>
        <w:rPr>
          <w:sz w:val="20"/>
          <w:szCs w:val="20"/>
          <w:lang w:val="ru-RU"/>
        </w:rPr>
      </w:pPr>
      <w:r w:rsidRPr="002A2E13">
        <w:rPr>
          <w:sz w:val="20"/>
          <w:szCs w:val="20"/>
          <w:lang w:val="ru-RU"/>
        </w:rPr>
        <w:t>5.2.7. Своевременно сообщать Исполнителю об изменении контактных данных</w:t>
      </w:r>
      <w:r w:rsidR="00B25F11" w:rsidRPr="002A2E13">
        <w:rPr>
          <w:sz w:val="20"/>
          <w:szCs w:val="20"/>
          <w:lang w:val="ru-RU"/>
        </w:rPr>
        <w:t xml:space="preserve"> и иных сведений, необходимых для связи с Заказчиком.</w:t>
      </w:r>
      <w:r w:rsidRPr="002A2E13">
        <w:rPr>
          <w:sz w:val="20"/>
          <w:szCs w:val="20"/>
          <w:lang w:val="ru-RU"/>
        </w:rPr>
        <w:t xml:space="preserve"> Риск</w:t>
      </w:r>
      <w:r w:rsidR="00B25F11" w:rsidRPr="002A2E13">
        <w:rPr>
          <w:sz w:val="20"/>
          <w:szCs w:val="20"/>
          <w:lang w:val="ru-RU"/>
        </w:rPr>
        <w:t xml:space="preserve"> последствий</w:t>
      </w:r>
      <w:r w:rsidRPr="002A2E13">
        <w:rPr>
          <w:sz w:val="20"/>
          <w:szCs w:val="20"/>
          <w:lang w:val="ru-RU"/>
        </w:rPr>
        <w:t>, связанны</w:t>
      </w:r>
      <w:r w:rsidR="00B25F11" w:rsidRPr="002A2E13">
        <w:rPr>
          <w:sz w:val="20"/>
          <w:szCs w:val="20"/>
          <w:lang w:val="ru-RU"/>
        </w:rPr>
        <w:t>х</w:t>
      </w:r>
      <w:r w:rsidRPr="002A2E13">
        <w:rPr>
          <w:sz w:val="20"/>
          <w:szCs w:val="20"/>
          <w:lang w:val="ru-RU"/>
        </w:rPr>
        <w:t xml:space="preserve"> с несвоевременным сообщением </w:t>
      </w:r>
      <w:r w:rsidR="00B25F11" w:rsidRPr="002A2E13">
        <w:rPr>
          <w:sz w:val="20"/>
          <w:szCs w:val="20"/>
          <w:lang w:val="ru-RU"/>
        </w:rPr>
        <w:t>таких</w:t>
      </w:r>
      <w:r w:rsidRPr="002A2E13">
        <w:rPr>
          <w:sz w:val="20"/>
          <w:szCs w:val="20"/>
          <w:lang w:val="ru-RU"/>
        </w:rPr>
        <w:t xml:space="preserve"> изменений, </w:t>
      </w:r>
      <w:r w:rsidR="00B25F11" w:rsidRPr="002A2E13">
        <w:rPr>
          <w:sz w:val="20"/>
          <w:szCs w:val="20"/>
          <w:lang w:val="ru-RU"/>
        </w:rPr>
        <w:t xml:space="preserve">несет </w:t>
      </w:r>
      <w:r w:rsidRPr="002A2E13">
        <w:rPr>
          <w:sz w:val="20"/>
          <w:szCs w:val="20"/>
          <w:lang w:val="ru-RU"/>
        </w:rPr>
        <w:t>Заказчик;</w:t>
      </w:r>
    </w:p>
    <w:p w14:paraId="6EADE6A2" w14:textId="55A70BEB" w:rsidR="00A91456" w:rsidRPr="002A2E13" w:rsidRDefault="00000000">
      <w:pPr>
        <w:jc w:val="both"/>
        <w:rPr>
          <w:sz w:val="20"/>
          <w:szCs w:val="20"/>
          <w:lang w:val="ru-RU"/>
        </w:rPr>
      </w:pPr>
      <w:r w:rsidRPr="002A2E13">
        <w:rPr>
          <w:sz w:val="20"/>
          <w:szCs w:val="20"/>
          <w:lang w:val="ru-RU"/>
        </w:rPr>
        <w:t xml:space="preserve">5.2.8. Не допускать посещение занятий Обучающимся в случае наличия у него признаков ОРВИ или другого инфекционного заболевания. </w:t>
      </w:r>
      <w:r w:rsidR="00B25F11" w:rsidRPr="002A2E13">
        <w:rPr>
          <w:sz w:val="20"/>
          <w:szCs w:val="20"/>
          <w:lang w:val="ru-RU"/>
        </w:rPr>
        <w:t>Е</w:t>
      </w:r>
      <w:r w:rsidRPr="002A2E13">
        <w:rPr>
          <w:sz w:val="20"/>
          <w:szCs w:val="20"/>
          <w:lang w:val="ru-RU"/>
        </w:rPr>
        <w:t>сли у Обучающегося на занятии обнаруживаются симптомы ОРВИ или другого инфекционного заболевания, Обучающийся обязан немедленно покинуть место проведения занятий. Занятие при этом считается проведенным и подлежит оплате в полном объеме;</w:t>
      </w:r>
    </w:p>
    <w:p w14:paraId="2075B536" w14:textId="77777777" w:rsidR="00A91456" w:rsidRPr="002A2E13" w:rsidRDefault="00000000">
      <w:pPr>
        <w:jc w:val="both"/>
        <w:rPr>
          <w:sz w:val="20"/>
          <w:szCs w:val="20"/>
          <w:lang w:val="ru-RU"/>
        </w:rPr>
      </w:pPr>
      <w:r w:rsidRPr="002A2E13">
        <w:rPr>
          <w:sz w:val="20"/>
          <w:szCs w:val="20"/>
          <w:lang w:val="ru-RU"/>
        </w:rPr>
        <w:t>5.2.9. Уведомить Исполнителя о наличии физических или пищевых ограничений ребенка. В случае, если Заказчик не сообщил о наличии таких ограничений, Обучающийся считается не имеющим ограничений;</w:t>
      </w:r>
    </w:p>
    <w:p w14:paraId="5EB5A2DF" w14:textId="77777777" w:rsidR="00A91456" w:rsidRPr="002A2E13" w:rsidRDefault="00000000">
      <w:pPr>
        <w:jc w:val="both"/>
        <w:rPr>
          <w:sz w:val="20"/>
          <w:szCs w:val="20"/>
          <w:lang w:val="ru-RU"/>
        </w:rPr>
      </w:pPr>
      <w:r w:rsidRPr="002A2E13">
        <w:rPr>
          <w:sz w:val="20"/>
          <w:szCs w:val="20"/>
          <w:lang w:val="ru-RU"/>
        </w:rPr>
        <w:t>5.2.10. Ввиду того, что качественное усвоение программы подразумевает использование программного обеспечения, являющегося неотъемлемой частью учебно-методического комплекса, обеспечить Обучающегося техническими ресурсами (компьютер с подключением к стабильной высокоскоростной сети Интернет, веб-камера) в том числе для проведения онлайн-занятий в случаях, предусмотренных настоящим Договором.</w:t>
      </w:r>
    </w:p>
    <w:p w14:paraId="79361F13" w14:textId="0E05DF53" w:rsidR="00A91456" w:rsidRPr="002A2E13" w:rsidRDefault="00000000">
      <w:pPr>
        <w:jc w:val="both"/>
        <w:rPr>
          <w:sz w:val="20"/>
          <w:szCs w:val="20"/>
          <w:lang w:val="ru-RU"/>
        </w:rPr>
      </w:pPr>
      <w:r w:rsidRPr="002A2E13">
        <w:rPr>
          <w:b/>
          <w:sz w:val="20"/>
          <w:szCs w:val="20"/>
          <w:lang w:val="ru-RU"/>
        </w:rPr>
        <w:t>5.3. Об</w:t>
      </w:r>
      <w:r w:rsidR="002A5F62">
        <w:rPr>
          <w:b/>
          <w:sz w:val="20"/>
          <w:szCs w:val="20"/>
          <w:lang w:val="ru-RU"/>
        </w:rPr>
        <w:t>учающийся обязан:</w:t>
      </w:r>
    </w:p>
    <w:p w14:paraId="2C53027B" w14:textId="77777777" w:rsidR="00A91456" w:rsidRPr="002A2E13" w:rsidRDefault="00000000">
      <w:pPr>
        <w:jc w:val="both"/>
        <w:rPr>
          <w:sz w:val="20"/>
          <w:szCs w:val="20"/>
          <w:lang w:val="ru-RU"/>
        </w:rPr>
      </w:pPr>
      <w:r w:rsidRPr="002A2E13">
        <w:rPr>
          <w:sz w:val="20"/>
          <w:szCs w:val="20"/>
          <w:lang w:val="ru-RU"/>
        </w:rPr>
        <w:t>5.3.1. Посещать занятия, указанные в учебном расписании;</w:t>
      </w:r>
    </w:p>
    <w:p w14:paraId="0792F5CA" w14:textId="77777777" w:rsidR="00A91456" w:rsidRPr="002A2E13" w:rsidRDefault="00000000">
      <w:pPr>
        <w:jc w:val="both"/>
        <w:rPr>
          <w:sz w:val="20"/>
          <w:szCs w:val="20"/>
          <w:lang w:val="ru-RU"/>
        </w:rPr>
      </w:pPr>
      <w:r w:rsidRPr="002A2E13">
        <w:rPr>
          <w:sz w:val="20"/>
          <w:szCs w:val="20"/>
          <w:lang w:val="ru-RU"/>
        </w:rPr>
        <w:t xml:space="preserve">5.3.2. Выполнять задания по подготовке к занятиям, выдаваемые преподавателем; </w:t>
      </w:r>
    </w:p>
    <w:p w14:paraId="2BEBF657" w14:textId="3EA24A56" w:rsidR="00A91456" w:rsidRPr="002A2E13" w:rsidRDefault="00000000">
      <w:pPr>
        <w:jc w:val="both"/>
        <w:rPr>
          <w:sz w:val="20"/>
          <w:szCs w:val="20"/>
          <w:lang w:val="ru-RU"/>
        </w:rPr>
      </w:pPr>
      <w:r w:rsidRPr="002A2E13">
        <w:rPr>
          <w:sz w:val="20"/>
          <w:szCs w:val="20"/>
          <w:lang w:val="ru-RU"/>
        </w:rPr>
        <w:t>5.3.3. Соблюдать требования ФЗ № 273-ФЗ от 29.12.2012 (в ред. 25.04.2026), Устава Исполнителя, Правил внутреннего распорядка и иных локальных нормативных актов, соблюдать учебную дисциплину и общепринятые нормы поведения</w:t>
      </w:r>
      <w:r w:rsidR="005F5122" w:rsidRPr="002A2E13">
        <w:rPr>
          <w:sz w:val="20"/>
          <w:szCs w:val="20"/>
          <w:lang w:val="ru-RU"/>
        </w:rPr>
        <w:t>,</w:t>
      </w:r>
      <w:r w:rsidRPr="002A2E13">
        <w:rPr>
          <w:sz w:val="20"/>
          <w:szCs w:val="20"/>
          <w:lang w:val="ru-RU"/>
        </w:rPr>
        <w:t xml:space="preserve"> проявлять уважение к педагогическому, инженерно-техническому, административно-хозяйственному, учебно-вспомогательному и иному персоналу Исполнителя и другим обучающимся, не посягать на их честь и достоинство</w:t>
      </w:r>
      <w:r w:rsidR="005F5122" w:rsidRPr="002A2E13">
        <w:rPr>
          <w:sz w:val="20"/>
          <w:szCs w:val="20"/>
          <w:lang w:val="ru-RU"/>
        </w:rPr>
        <w:t xml:space="preserve"> и б</w:t>
      </w:r>
      <w:r w:rsidRPr="002A2E13">
        <w:rPr>
          <w:sz w:val="20"/>
          <w:szCs w:val="20"/>
          <w:lang w:val="ru-RU"/>
        </w:rPr>
        <w:t>ережно относиться к имуществу Исполнителя.</w:t>
      </w:r>
    </w:p>
    <w:p w14:paraId="165624AD" w14:textId="1255304C" w:rsidR="00A91456" w:rsidRPr="00B907C1" w:rsidRDefault="00000000">
      <w:pPr>
        <w:spacing w:before="60" w:after="20"/>
        <w:jc w:val="center"/>
        <w:rPr>
          <w:szCs w:val="18"/>
          <w:lang w:val="ru-RU"/>
        </w:rPr>
      </w:pPr>
      <w:r w:rsidRPr="00B907C1">
        <w:rPr>
          <w:b/>
          <w:szCs w:val="18"/>
        </w:rPr>
        <w:t>VI</w:t>
      </w:r>
      <w:r w:rsidRPr="00B907C1">
        <w:rPr>
          <w:b/>
          <w:szCs w:val="18"/>
          <w:lang w:val="ru-RU"/>
        </w:rPr>
        <w:t>. Ответственность Сторон за неисполнение или ненадлежащее исполнение обязательств по настоящему Договору</w:t>
      </w:r>
    </w:p>
    <w:p w14:paraId="01C9B5C0" w14:textId="77777777" w:rsidR="00A91456" w:rsidRPr="002A2E13" w:rsidRDefault="00000000">
      <w:pPr>
        <w:jc w:val="both"/>
        <w:rPr>
          <w:sz w:val="20"/>
          <w:szCs w:val="20"/>
          <w:lang w:val="ru-RU"/>
        </w:rPr>
      </w:pPr>
      <w:r w:rsidRPr="002A2E13">
        <w:rPr>
          <w:sz w:val="20"/>
          <w:szCs w:val="20"/>
          <w:lang w:val="ru-RU"/>
        </w:rPr>
        <w:t>За неисполнение или ненадлежащее исполнение обязательств и Исполнитель, и Заказчик несут ответственность.</w:t>
      </w:r>
    </w:p>
    <w:p w14:paraId="324E435E" w14:textId="10411727" w:rsidR="00A91456" w:rsidRPr="002A2E13" w:rsidRDefault="00000000">
      <w:pPr>
        <w:jc w:val="both"/>
        <w:rPr>
          <w:sz w:val="20"/>
          <w:szCs w:val="20"/>
          <w:lang w:val="ru-RU"/>
        </w:rPr>
      </w:pPr>
      <w:r w:rsidRPr="002A2E13">
        <w:rPr>
          <w:sz w:val="20"/>
          <w:szCs w:val="20"/>
          <w:lang w:val="ru-RU"/>
        </w:rPr>
        <w:t>Ответственность Сторон определяется нормами ФЗ № 273-ФЗ «Об образовании в Российской Федерации» от 29.12.2012 г. (в ред. от 2</w:t>
      </w:r>
      <w:r w:rsidR="00A61BD9" w:rsidRPr="002A2E13">
        <w:rPr>
          <w:sz w:val="20"/>
          <w:szCs w:val="20"/>
          <w:lang w:val="ru-RU"/>
        </w:rPr>
        <w:t>5</w:t>
      </w:r>
      <w:r w:rsidRPr="002A2E13">
        <w:rPr>
          <w:sz w:val="20"/>
          <w:szCs w:val="20"/>
          <w:lang w:val="ru-RU"/>
        </w:rPr>
        <w:t>.0</w:t>
      </w:r>
      <w:r w:rsidR="00A61BD9" w:rsidRPr="002A2E13">
        <w:rPr>
          <w:sz w:val="20"/>
          <w:szCs w:val="20"/>
          <w:lang w:val="ru-RU"/>
        </w:rPr>
        <w:t>4</w:t>
      </w:r>
      <w:r w:rsidRPr="002A2E13">
        <w:rPr>
          <w:sz w:val="20"/>
          <w:szCs w:val="20"/>
          <w:lang w:val="ru-RU"/>
        </w:rPr>
        <w:t>.202</w:t>
      </w:r>
      <w:r w:rsidR="00A61BD9" w:rsidRPr="002A2E13">
        <w:rPr>
          <w:sz w:val="20"/>
          <w:szCs w:val="20"/>
          <w:lang w:val="ru-RU"/>
        </w:rPr>
        <w:t>6</w:t>
      </w:r>
      <w:r w:rsidRPr="002A2E13">
        <w:rPr>
          <w:sz w:val="20"/>
          <w:szCs w:val="20"/>
          <w:lang w:val="ru-RU"/>
        </w:rPr>
        <w:t xml:space="preserve"> г.), Постановлением Правительства РФ от 15.09.2020 № 1441 «Об утверждении Правил оказания платных образовательных услуг», Гражданского кодекса РФ (в действующей редакции), Закон РФ «О защите прав потребителей» 2300-1(ред. от 28.12.2025, с изм. от 17.02.2026).</w:t>
      </w:r>
    </w:p>
    <w:p w14:paraId="7F7B44F7" w14:textId="692A8F7A" w:rsidR="00A91456" w:rsidRPr="002A2E13" w:rsidRDefault="00000000">
      <w:pPr>
        <w:spacing w:before="60" w:after="20"/>
        <w:jc w:val="center"/>
        <w:rPr>
          <w:sz w:val="20"/>
          <w:szCs w:val="20"/>
          <w:lang w:val="ru-RU"/>
        </w:rPr>
      </w:pPr>
      <w:r w:rsidRPr="002A2E13">
        <w:rPr>
          <w:b/>
          <w:sz w:val="20"/>
          <w:szCs w:val="20"/>
        </w:rPr>
        <w:t>VII</w:t>
      </w:r>
      <w:r w:rsidRPr="002A2E13">
        <w:rPr>
          <w:b/>
          <w:sz w:val="20"/>
          <w:szCs w:val="20"/>
          <w:lang w:val="ru-RU"/>
        </w:rPr>
        <w:t>. Порядок изменения и расторжения Договора</w:t>
      </w:r>
    </w:p>
    <w:p w14:paraId="3711A414" w14:textId="77777777" w:rsidR="00A91456" w:rsidRPr="002A2E13" w:rsidRDefault="00000000">
      <w:pPr>
        <w:jc w:val="both"/>
        <w:rPr>
          <w:sz w:val="20"/>
          <w:szCs w:val="20"/>
          <w:lang w:val="ru-RU"/>
        </w:rPr>
      </w:pPr>
      <w:r w:rsidRPr="002A2E13">
        <w:rPr>
          <w:b/>
          <w:sz w:val="20"/>
          <w:szCs w:val="20"/>
          <w:lang w:val="ru-RU"/>
        </w:rPr>
        <w:t xml:space="preserve">Расторжение Договора: </w:t>
      </w:r>
    </w:p>
    <w:p w14:paraId="3AD05FEB" w14:textId="4128556A" w:rsidR="00A91456" w:rsidRPr="002A2E13" w:rsidRDefault="00000000">
      <w:pPr>
        <w:jc w:val="both"/>
        <w:rPr>
          <w:sz w:val="20"/>
          <w:szCs w:val="20"/>
          <w:lang w:val="ru-RU"/>
        </w:rPr>
      </w:pPr>
      <w:r w:rsidRPr="002A2E13">
        <w:rPr>
          <w:sz w:val="20"/>
          <w:szCs w:val="20"/>
          <w:lang w:val="ru-RU"/>
        </w:rPr>
        <w:t>Действие настоящего Договора прекращается в соответствии с Локальным актом «Порядок оформления возникновения, приостановления и прекращения отношений между организацией и обучающимися (или их родителями - в случае несовершеннолетних)</w:t>
      </w:r>
      <w:r w:rsidR="0081265F" w:rsidRPr="002A2E13">
        <w:rPr>
          <w:sz w:val="20"/>
          <w:szCs w:val="20"/>
          <w:lang w:val="ru-RU"/>
        </w:rPr>
        <w:t>»</w:t>
      </w:r>
      <w:r w:rsidRPr="002A2E13">
        <w:rPr>
          <w:sz w:val="20"/>
          <w:szCs w:val="20"/>
          <w:lang w:val="ru-RU"/>
        </w:rPr>
        <w:t>.</w:t>
      </w:r>
    </w:p>
    <w:p w14:paraId="66FC8D3D" w14:textId="77777777" w:rsidR="00A91456" w:rsidRPr="002A2E13" w:rsidRDefault="00000000">
      <w:pPr>
        <w:jc w:val="both"/>
        <w:rPr>
          <w:sz w:val="20"/>
          <w:szCs w:val="20"/>
          <w:lang w:val="ru-RU"/>
        </w:rPr>
      </w:pPr>
      <w:r w:rsidRPr="002A2E13">
        <w:rPr>
          <w:b/>
          <w:sz w:val="20"/>
          <w:szCs w:val="20"/>
          <w:lang w:val="ru-RU"/>
        </w:rPr>
        <w:t>7.1. Расторжение Договора по соглашению сторон.</w:t>
      </w:r>
    </w:p>
    <w:p w14:paraId="01C35952" w14:textId="32A3CDC2" w:rsidR="00A91456" w:rsidRPr="002A2E13" w:rsidRDefault="00000000">
      <w:pPr>
        <w:jc w:val="both"/>
        <w:rPr>
          <w:sz w:val="20"/>
          <w:szCs w:val="20"/>
          <w:lang w:val="ru-RU"/>
        </w:rPr>
      </w:pPr>
      <w:r w:rsidRPr="002A2E13">
        <w:rPr>
          <w:sz w:val="20"/>
          <w:szCs w:val="20"/>
          <w:lang w:val="ru-RU"/>
        </w:rPr>
        <w:t>Настоящий Договор может быть расторгнут по соглашению Сторон. При этом стороны производят взаимные расчеты. Договор расторгается при отсутствии претензий между сторонами.</w:t>
      </w:r>
    </w:p>
    <w:p w14:paraId="3E465171" w14:textId="442C2EE7" w:rsidR="00A91456" w:rsidRPr="002A2E13" w:rsidRDefault="00000000">
      <w:pPr>
        <w:jc w:val="both"/>
        <w:rPr>
          <w:sz w:val="20"/>
          <w:szCs w:val="20"/>
          <w:lang w:val="ru-RU"/>
        </w:rPr>
      </w:pPr>
      <w:r w:rsidRPr="002A2E13">
        <w:rPr>
          <w:b/>
          <w:sz w:val="20"/>
          <w:szCs w:val="20"/>
          <w:lang w:val="ru-RU"/>
        </w:rPr>
        <w:t>7.2. Расторжение Договора по инициативе Исполнителя</w:t>
      </w:r>
      <w:r w:rsidR="002A5F62">
        <w:rPr>
          <w:sz w:val="20"/>
          <w:szCs w:val="20"/>
          <w:lang w:val="ru-RU"/>
        </w:rPr>
        <w:t>.</w:t>
      </w:r>
    </w:p>
    <w:p w14:paraId="2AAF2DCD" w14:textId="0C427985" w:rsidR="00A91456" w:rsidRPr="002A2E13" w:rsidRDefault="00000000">
      <w:pPr>
        <w:jc w:val="both"/>
        <w:rPr>
          <w:sz w:val="20"/>
          <w:szCs w:val="20"/>
          <w:lang w:val="ru-RU"/>
        </w:rPr>
      </w:pPr>
      <w:r w:rsidRPr="002A2E13">
        <w:rPr>
          <w:sz w:val="20"/>
          <w:szCs w:val="20"/>
          <w:lang w:val="ru-RU"/>
        </w:rPr>
        <w:t>Расторжение договора по инициативе образовательной организации закреплен</w:t>
      </w:r>
      <w:r w:rsidR="002E6EA2" w:rsidRPr="002A2E13">
        <w:rPr>
          <w:sz w:val="20"/>
          <w:szCs w:val="20"/>
          <w:lang w:val="ru-RU"/>
        </w:rPr>
        <w:t>о</w:t>
      </w:r>
      <w:r w:rsidRPr="002A2E13">
        <w:rPr>
          <w:sz w:val="20"/>
          <w:szCs w:val="20"/>
          <w:lang w:val="ru-RU"/>
        </w:rPr>
        <w:t xml:space="preserve"> в ч. 7 ст. 54 и п. 2 ч. 2 ст. 61 Федерального закона от 29.12.2012 № 273-ФЗ «Об образовании в Российской Федерации», а также в п. 22 Правил оказания платных образовательных услуг (Постановление Правительства РФ от 15.09.2020 № 1441):</w:t>
      </w:r>
    </w:p>
    <w:p w14:paraId="1D7CE279" w14:textId="2D7CBE18" w:rsidR="00A91456" w:rsidRPr="002A2E13" w:rsidRDefault="00000000">
      <w:pPr>
        <w:jc w:val="both"/>
        <w:rPr>
          <w:sz w:val="20"/>
          <w:szCs w:val="20"/>
          <w:lang w:val="ru-RU"/>
        </w:rPr>
      </w:pPr>
      <w:r w:rsidRPr="002A2E13">
        <w:rPr>
          <w:sz w:val="20"/>
          <w:szCs w:val="20"/>
          <w:lang w:val="ru-RU"/>
        </w:rPr>
        <w:t>7.2.1. Отчисление как мера дисциплинарного взыскания (только если обучающийся</w:t>
      </w:r>
      <w:r w:rsidR="002E6EA2" w:rsidRPr="002A2E13">
        <w:rPr>
          <w:sz w:val="20"/>
          <w:szCs w:val="20"/>
          <w:lang w:val="ru-RU"/>
        </w:rPr>
        <w:t>,</w:t>
      </w:r>
      <w:r w:rsidRPr="002A2E13">
        <w:rPr>
          <w:sz w:val="20"/>
          <w:szCs w:val="20"/>
          <w:lang w:val="ru-RU"/>
        </w:rPr>
        <w:t xml:space="preserve"> достигши</w:t>
      </w:r>
      <w:r w:rsidR="002E6EA2" w:rsidRPr="002A2E13">
        <w:rPr>
          <w:sz w:val="20"/>
          <w:szCs w:val="20"/>
          <w:lang w:val="ru-RU"/>
        </w:rPr>
        <w:t>й</w:t>
      </w:r>
      <w:r w:rsidRPr="002A2E13">
        <w:rPr>
          <w:sz w:val="20"/>
          <w:szCs w:val="20"/>
          <w:lang w:val="ru-RU"/>
        </w:rPr>
        <w:t xml:space="preserve"> возраста 15 лет); </w:t>
      </w:r>
    </w:p>
    <w:p w14:paraId="5B08FCFE" w14:textId="71C61D0D" w:rsidR="00A91456" w:rsidRPr="002A2E13" w:rsidRDefault="00000000">
      <w:pPr>
        <w:jc w:val="both"/>
        <w:rPr>
          <w:sz w:val="20"/>
          <w:szCs w:val="20"/>
          <w:lang w:val="ru-RU"/>
        </w:rPr>
      </w:pPr>
      <w:r w:rsidRPr="002A2E13">
        <w:rPr>
          <w:sz w:val="20"/>
          <w:szCs w:val="20"/>
          <w:lang w:val="ru-RU"/>
        </w:rPr>
        <w:t>7.2.2. Отчисление возможно при невыполнени</w:t>
      </w:r>
      <w:r w:rsidR="002E6EA2" w:rsidRPr="002A2E13">
        <w:rPr>
          <w:sz w:val="20"/>
          <w:szCs w:val="20"/>
          <w:lang w:val="ru-RU"/>
        </w:rPr>
        <w:t>и</w:t>
      </w:r>
      <w:r w:rsidRPr="002A2E13">
        <w:rPr>
          <w:sz w:val="20"/>
          <w:szCs w:val="20"/>
          <w:lang w:val="ru-RU"/>
        </w:rPr>
        <w:t xml:space="preserve"> обучающимся обязанностей по образовательной программе, если Обучающийся не осваивает программу и не выполняет учебный план. </w:t>
      </w:r>
    </w:p>
    <w:p w14:paraId="02DE8F98" w14:textId="77777777" w:rsidR="00A91456" w:rsidRPr="002A2E13" w:rsidRDefault="00000000">
      <w:pPr>
        <w:jc w:val="both"/>
        <w:rPr>
          <w:sz w:val="20"/>
          <w:szCs w:val="20"/>
          <w:lang w:val="ru-RU"/>
        </w:rPr>
      </w:pPr>
      <w:r w:rsidRPr="002A2E13">
        <w:rPr>
          <w:sz w:val="20"/>
          <w:szCs w:val="20"/>
          <w:lang w:val="ru-RU"/>
        </w:rPr>
        <w:t xml:space="preserve">7.2.3. Отчисление возможно за просрочку оплаты платных образовательных услуг. </w:t>
      </w:r>
    </w:p>
    <w:p w14:paraId="2F375C3D" w14:textId="5FA025F3" w:rsidR="00A91456" w:rsidRPr="002A2E13" w:rsidRDefault="00000000">
      <w:pPr>
        <w:jc w:val="both"/>
        <w:rPr>
          <w:sz w:val="20"/>
          <w:szCs w:val="20"/>
          <w:lang w:val="ru-RU"/>
        </w:rPr>
      </w:pPr>
      <w:r w:rsidRPr="002A2E13">
        <w:rPr>
          <w:sz w:val="20"/>
          <w:szCs w:val="20"/>
          <w:lang w:val="ru-RU"/>
        </w:rPr>
        <w:t>7.2.4. Отчисление возможно при невозможност</w:t>
      </w:r>
      <w:r w:rsidR="002E6EA2" w:rsidRPr="002A2E13">
        <w:rPr>
          <w:sz w:val="20"/>
          <w:szCs w:val="20"/>
          <w:lang w:val="ru-RU"/>
        </w:rPr>
        <w:t>и</w:t>
      </w:r>
      <w:r w:rsidRPr="002A2E13">
        <w:rPr>
          <w:sz w:val="20"/>
          <w:szCs w:val="20"/>
          <w:lang w:val="ru-RU"/>
        </w:rPr>
        <w:t xml:space="preserve"> надлежащего исполнения обязательств из-за действий или бездействия обучающегося. В том числе, если </w:t>
      </w:r>
      <w:r w:rsidR="0081265F" w:rsidRPr="002A2E13">
        <w:rPr>
          <w:sz w:val="20"/>
          <w:szCs w:val="20"/>
          <w:lang w:val="ru-RU"/>
        </w:rPr>
        <w:t>Обучающийся систематически</w:t>
      </w:r>
      <w:r w:rsidRPr="002A2E13">
        <w:rPr>
          <w:sz w:val="20"/>
          <w:szCs w:val="20"/>
          <w:lang w:val="ru-RU"/>
        </w:rPr>
        <w:t>, более 3-х раз, нарушает правила внутреннего распорядка, создаёт конфликтную обстановку, из-за чего невозможно обеспечить учебный процесс.</w:t>
      </w:r>
    </w:p>
    <w:p w14:paraId="79DA5578" w14:textId="77777777" w:rsidR="00A91456" w:rsidRPr="002A2E13" w:rsidRDefault="00000000">
      <w:pPr>
        <w:jc w:val="both"/>
        <w:rPr>
          <w:sz w:val="20"/>
          <w:szCs w:val="20"/>
          <w:lang w:val="ru-RU"/>
        </w:rPr>
      </w:pPr>
      <w:r w:rsidRPr="002A2E13">
        <w:rPr>
          <w:b/>
          <w:sz w:val="20"/>
          <w:szCs w:val="20"/>
          <w:lang w:val="ru-RU"/>
        </w:rPr>
        <w:t>7.3. Расторжение Договора по инициативе Заказчика.</w:t>
      </w:r>
    </w:p>
    <w:p w14:paraId="480DCE1C" w14:textId="77777777" w:rsidR="00A91456" w:rsidRPr="002A2E13" w:rsidRDefault="00000000">
      <w:pPr>
        <w:jc w:val="both"/>
        <w:rPr>
          <w:sz w:val="20"/>
          <w:szCs w:val="20"/>
          <w:lang w:val="ru-RU"/>
        </w:rPr>
      </w:pPr>
      <w:r w:rsidRPr="002A2E13">
        <w:rPr>
          <w:sz w:val="20"/>
          <w:szCs w:val="20"/>
          <w:lang w:val="ru-RU"/>
        </w:rPr>
        <w:t>Правовая основа: Пункт 14 Правил оказания платных образовательных услуг (утверждены постановлением Правительства РФ от 15.09.2020 № 1441), П. 1 ст. 782 ГК РФ, Ст.32 Закона РФ «О защите прав потребителей», П.2 ч.1 ст. 61 ФЗ «Об образовании в Российской Федерации».</w:t>
      </w:r>
    </w:p>
    <w:p w14:paraId="54A8E934" w14:textId="77777777" w:rsidR="00A91456" w:rsidRPr="002A2E13" w:rsidRDefault="00000000">
      <w:pPr>
        <w:jc w:val="both"/>
        <w:rPr>
          <w:sz w:val="20"/>
          <w:szCs w:val="20"/>
          <w:lang w:val="ru-RU"/>
        </w:rPr>
      </w:pPr>
      <w:r w:rsidRPr="002A2E13">
        <w:rPr>
          <w:sz w:val="20"/>
          <w:szCs w:val="20"/>
          <w:lang w:val="ru-RU"/>
        </w:rPr>
        <w:t>7.3.1. Заказчик вправе отказаться от исполнения договора, если обнаружил существенный недостаток услуг либо иные существенные отступления от условий договора. Также по этим Правилам заказчик может расторгнуть договор, если исполнитель нарушил сроки оказания услуг (начала, окончания);</w:t>
      </w:r>
    </w:p>
    <w:p w14:paraId="6F075258" w14:textId="77777777" w:rsidR="00A91456" w:rsidRPr="002A2E13" w:rsidRDefault="00000000">
      <w:pPr>
        <w:jc w:val="both"/>
        <w:rPr>
          <w:sz w:val="20"/>
          <w:szCs w:val="20"/>
          <w:lang w:val="ru-RU"/>
        </w:rPr>
      </w:pPr>
      <w:r w:rsidRPr="002A2E13">
        <w:rPr>
          <w:sz w:val="20"/>
          <w:szCs w:val="20"/>
          <w:lang w:val="ru-RU"/>
        </w:rPr>
        <w:t xml:space="preserve">7.3.2. Договор может быть расторгнут по инициативе Заказчика. Заказчик вправе отказаться от исполнения Договора при условии оплаты Исполнителю фактически понесенных им расходов, в том числе, но не ограничиваясь: за купленные для </w:t>
      </w:r>
      <w:r w:rsidRPr="002A2E13">
        <w:rPr>
          <w:sz w:val="20"/>
          <w:szCs w:val="20"/>
          <w:lang w:val="ru-RU"/>
        </w:rPr>
        <w:lastRenderedPageBreak/>
        <w:t>проведения занятий с Обучающимся учебные материалы, за оплату услуг специалистов, специально привлеченных для занятий с Обучающимся.</w:t>
      </w:r>
    </w:p>
    <w:p w14:paraId="06EEEDBD" w14:textId="77777777" w:rsidR="00A91456" w:rsidRPr="002A2E13" w:rsidRDefault="00000000">
      <w:pPr>
        <w:jc w:val="both"/>
        <w:rPr>
          <w:sz w:val="20"/>
          <w:szCs w:val="20"/>
          <w:lang w:val="ru-RU"/>
        </w:rPr>
      </w:pPr>
      <w:r w:rsidRPr="002A2E13">
        <w:rPr>
          <w:b/>
          <w:sz w:val="20"/>
          <w:szCs w:val="20"/>
          <w:lang w:val="ru-RU"/>
        </w:rPr>
        <w:t>7.4. Расторжение Договора по инициативе Обучающегося.</w:t>
      </w:r>
    </w:p>
    <w:p w14:paraId="17231134" w14:textId="65678122" w:rsidR="00A91456" w:rsidRPr="002A2E13" w:rsidRDefault="00000000">
      <w:pPr>
        <w:jc w:val="both"/>
        <w:rPr>
          <w:sz w:val="20"/>
          <w:szCs w:val="20"/>
          <w:lang w:val="ru-RU"/>
        </w:rPr>
      </w:pPr>
      <w:r w:rsidRPr="002A2E13">
        <w:rPr>
          <w:sz w:val="20"/>
          <w:szCs w:val="20"/>
          <w:lang w:val="ru-RU"/>
        </w:rPr>
        <w:t>7.4.1 Образовательные отношения могут быть прекращены досрочно по инициативе Обучающегося (достигшего 15 лет). Правовая основа: П.2 ч.1 ст. 61 Федерального закона «Об образовании в Российской Федерации».</w:t>
      </w:r>
    </w:p>
    <w:p w14:paraId="3757AB71" w14:textId="77777777" w:rsidR="00A91456" w:rsidRPr="002A2E13" w:rsidRDefault="00000000">
      <w:pPr>
        <w:jc w:val="both"/>
        <w:rPr>
          <w:sz w:val="20"/>
          <w:szCs w:val="20"/>
          <w:lang w:val="ru-RU"/>
        </w:rPr>
      </w:pPr>
      <w:r w:rsidRPr="002A2E13">
        <w:rPr>
          <w:b/>
          <w:sz w:val="20"/>
          <w:szCs w:val="20"/>
          <w:lang w:val="ru-RU"/>
        </w:rPr>
        <w:t>7.5. Изменение условий Договора.</w:t>
      </w:r>
    </w:p>
    <w:p w14:paraId="617191AC" w14:textId="037BCA7D" w:rsidR="0081265F" w:rsidRPr="002A2E13" w:rsidRDefault="00000000" w:rsidP="002A2E13">
      <w:pPr>
        <w:jc w:val="both"/>
        <w:rPr>
          <w:sz w:val="20"/>
          <w:szCs w:val="20"/>
          <w:lang w:val="ru-RU"/>
        </w:rPr>
      </w:pPr>
      <w:r w:rsidRPr="002A2E13">
        <w:rPr>
          <w:sz w:val="20"/>
          <w:szCs w:val="20"/>
          <w:lang w:val="ru-RU"/>
        </w:rPr>
        <w:t xml:space="preserve">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 Все изменения в обязательном порядке фиксируются письменным Дополнительным соглашением. </w:t>
      </w:r>
    </w:p>
    <w:p w14:paraId="2296E992" w14:textId="6E1025BD" w:rsidR="00A91456" w:rsidRPr="002A2E13" w:rsidRDefault="00000000">
      <w:pPr>
        <w:spacing w:before="60" w:after="20"/>
        <w:jc w:val="center"/>
        <w:rPr>
          <w:sz w:val="20"/>
          <w:szCs w:val="20"/>
          <w:lang w:val="ru-RU"/>
        </w:rPr>
      </w:pPr>
      <w:r w:rsidRPr="002A2E13">
        <w:rPr>
          <w:b/>
          <w:sz w:val="20"/>
          <w:szCs w:val="20"/>
        </w:rPr>
        <w:t>VIII</w:t>
      </w:r>
      <w:r w:rsidRPr="002A2E13">
        <w:rPr>
          <w:b/>
          <w:sz w:val="20"/>
          <w:szCs w:val="20"/>
          <w:lang w:val="ru-RU"/>
        </w:rPr>
        <w:t>. Форс-мажор</w:t>
      </w:r>
    </w:p>
    <w:p w14:paraId="128B54A4" w14:textId="0BEE07FE" w:rsidR="00A91456" w:rsidRPr="002A2E13" w:rsidRDefault="00000000">
      <w:pPr>
        <w:jc w:val="both"/>
        <w:rPr>
          <w:sz w:val="20"/>
          <w:szCs w:val="20"/>
          <w:lang w:val="ru-RU"/>
        </w:rPr>
      </w:pPr>
      <w:r w:rsidRPr="002A2E13">
        <w:rPr>
          <w:sz w:val="20"/>
          <w:szCs w:val="20"/>
          <w:lang w:val="ru-RU"/>
        </w:rPr>
        <w:t xml:space="preserve">8.1. Стороны освобождаются от ответственности за частичное или полное неисполнение своих обязательств по настоящему договору, если это неисполнение явилось следствием обстоятельств непреодолимой силы </w:t>
      </w:r>
      <w:r w:rsidR="00D26E7C" w:rsidRPr="002A2E13">
        <w:rPr>
          <w:sz w:val="20"/>
          <w:szCs w:val="20"/>
          <w:lang w:val="ru-RU"/>
        </w:rPr>
        <w:t>в соответствии с пунктом 3 статьи 401 Гражданского кодекса Российской Федерации.</w:t>
      </w:r>
    </w:p>
    <w:p w14:paraId="063ADFD0" w14:textId="77777777" w:rsidR="00A91456" w:rsidRPr="002A2E13" w:rsidRDefault="00000000">
      <w:pPr>
        <w:jc w:val="both"/>
        <w:rPr>
          <w:sz w:val="20"/>
          <w:szCs w:val="20"/>
          <w:lang w:val="ru-RU"/>
        </w:rPr>
      </w:pPr>
      <w:r w:rsidRPr="002A2E13">
        <w:rPr>
          <w:sz w:val="20"/>
          <w:szCs w:val="20"/>
          <w:lang w:val="ru-RU"/>
        </w:rPr>
        <w:t>8.2.  Форс-мажором не является отсутствие необходимых денежных средств у Заказчика;</w:t>
      </w:r>
    </w:p>
    <w:p w14:paraId="1BA8E5F0" w14:textId="77777777" w:rsidR="00A91456" w:rsidRPr="002A2E13" w:rsidRDefault="00000000">
      <w:pPr>
        <w:jc w:val="both"/>
        <w:rPr>
          <w:bCs/>
          <w:sz w:val="20"/>
          <w:szCs w:val="20"/>
          <w:lang w:val="ru-RU"/>
        </w:rPr>
      </w:pPr>
      <w:r w:rsidRPr="002A2E13">
        <w:rPr>
          <w:bCs/>
          <w:sz w:val="20"/>
          <w:szCs w:val="20"/>
          <w:lang w:val="ru-RU"/>
        </w:rPr>
        <w:t>8.3.  В случае наступления обстоятельств, предусмотренных п.8.1. настоящего Договора, или иных непредвиденных обстоятельств (в т.ч., но не ограничиваясь: поступление сообщения о минировании здания, неблагоприятные погодные условия, делающие невозможным проведение занятия в очной форме, введение ограничений на работу организаций и проведение мероприятий органами власти), Исполнитель проводит занятия в онлайн-формате, на базе ПО, выбранного Исполнителем. Указанные занятия приравниваются к очным занятиям, которые должны были быть проведены, и оплачиваются в полном объеме. Пропуск онлайн-занятия приравнивается к пропуску очного занятия. Перерасчет при этом не производится.</w:t>
      </w:r>
    </w:p>
    <w:p w14:paraId="3989E495" w14:textId="7C84AAFC" w:rsidR="00A91456" w:rsidRPr="002A2E13" w:rsidRDefault="0081265F">
      <w:pPr>
        <w:spacing w:before="60" w:after="20"/>
        <w:jc w:val="center"/>
        <w:rPr>
          <w:sz w:val="20"/>
          <w:szCs w:val="20"/>
          <w:lang w:val="ru-RU"/>
        </w:rPr>
      </w:pPr>
      <w:r w:rsidRPr="002A2E13">
        <w:rPr>
          <w:b/>
          <w:sz w:val="20"/>
          <w:szCs w:val="20"/>
        </w:rPr>
        <w:t>IX</w:t>
      </w:r>
      <w:r w:rsidRPr="002A2E13">
        <w:rPr>
          <w:b/>
          <w:sz w:val="20"/>
          <w:szCs w:val="20"/>
          <w:lang w:val="ru-RU"/>
        </w:rPr>
        <w:t>. Согласие Заказчика и Обучающегося на обработку персональных данных</w:t>
      </w:r>
    </w:p>
    <w:p w14:paraId="7A12EB09" w14:textId="69064D58" w:rsidR="00A91456" w:rsidRPr="002A2E13" w:rsidRDefault="002E6EA2">
      <w:pPr>
        <w:jc w:val="both"/>
        <w:rPr>
          <w:sz w:val="20"/>
          <w:szCs w:val="20"/>
          <w:lang w:val="ru-RU"/>
        </w:rPr>
      </w:pPr>
      <w:r w:rsidRPr="002A2E13">
        <w:rPr>
          <w:sz w:val="20"/>
          <w:szCs w:val="20"/>
          <w:lang w:val="ru-RU"/>
        </w:rPr>
        <w:t>9.1. Заказчик и Обучающийся в соответствии с требованиями ст.9 Федерального закона от 27.07.2006г. «О персональных данных» № 152-ФЗ подтверждают свое согласие на обработку ЧОУДО «Школа иностранных языков «Репетитор» г. Хабаровск» (выступает в качестве «ОПЕРАТОРА») его персональных данных, включающих: ФИО, телефон, адрес, паспортные данные. Срок хранения персональных данных 5 лет.</w:t>
      </w:r>
    </w:p>
    <w:p w14:paraId="56992F5A" w14:textId="77777777" w:rsidR="002A2E13" w:rsidRDefault="002E6EA2" w:rsidP="002A2E13">
      <w:pPr>
        <w:jc w:val="both"/>
        <w:rPr>
          <w:sz w:val="20"/>
          <w:szCs w:val="20"/>
          <w:lang w:val="ru-RU"/>
        </w:rPr>
      </w:pPr>
      <w:r w:rsidRPr="002A2E13">
        <w:rPr>
          <w:sz w:val="20"/>
          <w:szCs w:val="20"/>
          <w:lang w:val="ru-RU"/>
        </w:rPr>
        <w:t xml:space="preserve">9.2 Согласие Заказчика и Обучающегося (достигшего 15 лет) оформляется обязательным Приложением № 1 к настоящему Договору. </w:t>
      </w:r>
    </w:p>
    <w:p w14:paraId="37129E0D" w14:textId="08A071F9" w:rsidR="00A91456" w:rsidRPr="002A2E13" w:rsidRDefault="0081265F" w:rsidP="002A2E13">
      <w:pPr>
        <w:jc w:val="center"/>
        <w:rPr>
          <w:sz w:val="20"/>
          <w:szCs w:val="20"/>
          <w:lang w:val="ru-RU"/>
        </w:rPr>
      </w:pPr>
      <w:r w:rsidRPr="002A2E13">
        <w:rPr>
          <w:b/>
          <w:sz w:val="20"/>
          <w:szCs w:val="20"/>
        </w:rPr>
        <w:t>X</w:t>
      </w:r>
      <w:r w:rsidRPr="002A2E13">
        <w:rPr>
          <w:b/>
          <w:sz w:val="20"/>
          <w:szCs w:val="20"/>
          <w:lang w:val="ru-RU"/>
        </w:rPr>
        <w:t>. Заключительные положения</w:t>
      </w:r>
    </w:p>
    <w:p w14:paraId="60462765" w14:textId="3F05E97F" w:rsidR="00A91456" w:rsidRPr="002A2E13" w:rsidRDefault="002E6EA2">
      <w:pPr>
        <w:jc w:val="both"/>
        <w:rPr>
          <w:sz w:val="20"/>
          <w:szCs w:val="20"/>
          <w:lang w:val="ru-RU"/>
        </w:rPr>
      </w:pPr>
      <w:r w:rsidRPr="002A2E13">
        <w:rPr>
          <w:sz w:val="20"/>
          <w:szCs w:val="20"/>
          <w:lang w:val="ru-RU"/>
        </w:rPr>
        <w:t>10.1.</w:t>
      </w:r>
      <w:r w:rsidRPr="002A2E13">
        <w:rPr>
          <w:b/>
          <w:sz w:val="20"/>
          <w:szCs w:val="20"/>
          <w:lang w:val="ru-RU"/>
        </w:rPr>
        <w:t xml:space="preserve"> </w:t>
      </w:r>
      <w:r w:rsidRPr="002A2E13">
        <w:rPr>
          <w:sz w:val="20"/>
          <w:szCs w:val="20"/>
          <w:lang w:val="ru-RU"/>
        </w:rPr>
        <w:t>Исполнитель вправе снизить стоимость платной образовательной услуги, установленную Договором. Основания и порядок снижения стоимости платной образовательной услуги устанавливается локальным нормативным актом Исполнителя «Положение об оказании платных образовательных услуг» и доводится до сведения Обучающегося и Заказчика.</w:t>
      </w:r>
    </w:p>
    <w:p w14:paraId="7E624340" w14:textId="62150823" w:rsidR="00A91456" w:rsidRPr="002A2E13" w:rsidRDefault="00000000">
      <w:pPr>
        <w:jc w:val="both"/>
        <w:rPr>
          <w:sz w:val="20"/>
          <w:szCs w:val="20"/>
          <w:lang w:val="ru-RU"/>
        </w:rPr>
      </w:pPr>
      <w:r w:rsidRPr="002A2E13">
        <w:rPr>
          <w:sz w:val="20"/>
          <w:szCs w:val="20"/>
          <w:lang w:val="ru-RU"/>
        </w:rPr>
        <w:t>1</w:t>
      </w:r>
      <w:r w:rsidR="002E6EA2" w:rsidRPr="002A2E13">
        <w:rPr>
          <w:sz w:val="20"/>
          <w:szCs w:val="20"/>
          <w:lang w:val="ru-RU"/>
        </w:rPr>
        <w:t>0</w:t>
      </w:r>
      <w:r w:rsidRPr="002A2E13">
        <w:rPr>
          <w:sz w:val="20"/>
          <w:szCs w:val="20"/>
          <w:lang w:val="ru-RU"/>
        </w:rPr>
        <w:t>.2. Сведения, указанные в настоящем Договоре, соответствуют информации, размещенной на сайте Исполнителя в сети «Интернет» на дату заключения Договора.</w:t>
      </w:r>
    </w:p>
    <w:p w14:paraId="1ABAEE3B" w14:textId="220EF4FE" w:rsidR="00A91456" w:rsidRPr="002A2E13" w:rsidRDefault="00000000">
      <w:pPr>
        <w:jc w:val="both"/>
        <w:rPr>
          <w:sz w:val="20"/>
          <w:szCs w:val="20"/>
          <w:lang w:val="ru-RU"/>
        </w:rPr>
      </w:pPr>
      <w:r w:rsidRPr="002A2E13">
        <w:rPr>
          <w:sz w:val="20"/>
          <w:szCs w:val="20"/>
          <w:lang w:val="ru-RU"/>
        </w:rPr>
        <w:t>1</w:t>
      </w:r>
      <w:r w:rsidR="002E6EA2" w:rsidRPr="002A2E13">
        <w:rPr>
          <w:sz w:val="20"/>
          <w:szCs w:val="20"/>
          <w:lang w:val="ru-RU"/>
        </w:rPr>
        <w:t>0</w:t>
      </w:r>
      <w:r w:rsidRPr="002A2E13">
        <w:rPr>
          <w:sz w:val="20"/>
          <w:szCs w:val="20"/>
          <w:lang w:val="ru-RU"/>
        </w:rPr>
        <w:t>.3. Настоящий Договор составлен в двух экземплярах, по одному для каждой из сторон. Все экземпляры имеют одинаковую юридическую силу.</w:t>
      </w:r>
    </w:p>
    <w:p w14:paraId="10520A34" w14:textId="308C6DD2" w:rsidR="00A91456" w:rsidRPr="002A2E13" w:rsidRDefault="00000000">
      <w:pPr>
        <w:jc w:val="both"/>
        <w:rPr>
          <w:sz w:val="20"/>
          <w:szCs w:val="20"/>
          <w:lang w:val="ru-RU"/>
        </w:rPr>
      </w:pPr>
      <w:r w:rsidRPr="002A2E13">
        <w:rPr>
          <w:sz w:val="20"/>
          <w:szCs w:val="20"/>
          <w:lang w:val="ru-RU"/>
        </w:rPr>
        <w:t>1</w:t>
      </w:r>
      <w:r w:rsidR="002E6EA2" w:rsidRPr="002A2E13">
        <w:rPr>
          <w:sz w:val="20"/>
          <w:szCs w:val="20"/>
          <w:lang w:val="ru-RU"/>
        </w:rPr>
        <w:t>0</w:t>
      </w:r>
      <w:r w:rsidRPr="002A2E13">
        <w:rPr>
          <w:sz w:val="20"/>
          <w:szCs w:val="20"/>
          <w:lang w:val="ru-RU"/>
        </w:rPr>
        <w:t>.</w:t>
      </w:r>
      <w:r w:rsidR="0081265F" w:rsidRPr="002A2E13">
        <w:rPr>
          <w:sz w:val="20"/>
          <w:szCs w:val="20"/>
          <w:lang w:val="ru-RU"/>
        </w:rPr>
        <w:t>4</w:t>
      </w:r>
      <w:r w:rsidRPr="002A2E13">
        <w:rPr>
          <w:sz w:val="20"/>
          <w:szCs w:val="20"/>
          <w:lang w:val="ru-RU"/>
        </w:rPr>
        <w:t>. В случае если какие-либо условия прямо не урегулированы в тексте настоящего Договора, они регулируются нормами действующего законодательства Российской Федерации.</w:t>
      </w:r>
    </w:p>
    <w:p w14:paraId="365E2C48" w14:textId="44C1F2A4" w:rsidR="00A91456" w:rsidRPr="002A2E13" w:rsidRDefault="00000000">
      <w:pPr>
        <w:jc w:val="both"/>
        <w:rPr>
          <w:sz w:val="20"/>
          <w:szCs w:val="20"/>
          <w:lang w:val="ru-RU"/>
        </w:rPr>
      </w:pPr>
      <w:r w:rsidRPr="002A2E13">
        <w:rPr>
          <w:sz w:val="20"/>
          <w:szCs w:val="20"/>
          <w:lang w:val="ru-RU"/>
        </w:rPr>
        <w:t>1</w:t>
      </w:r>
      <w:r w:rsidR="002E6EA2" w:rsidRPr="002A2E13">
        <w:rPr>
          <w:sz w:val="20"/>
          <w:szCs w:val="20"/>
          <w:lang w:val="ru-RU"/>
        </w:rPr>
        <w:t>0</w:t>
      </w:r>
      <w:r w:rsidRPr="002A2E13">
        <w:rPr>
          <w:sz w:val="20"/>
          <w:szCs w:val="20"/>
          <w:lang w:val="ru-RU"/>
        </w:rPr>
        <w:t>.</w:t>
      </w:r>
      <w:r w:rsidR="0081265F" w:rsidRPr="002A2E13">
        <w:rPr>
          <w:sz w:val="20"/>
          <w:szCs w:val="20"/>
          <w:lang w:val="ru-RU"/>
        </w:rPr>
        <w:t>5</w:t>
      </w:r>
      <w:r w:rsidRPr="002A2E13">
        <w:rPr>
          <w:sz w:val="20"/>
          <w:szCs w:val="20"/>
          <w:lang w:val="ru-RU"/>
        </w:rPr>
        <w:t>. Подписывая данный Договор, Заказчик,</w:t>
      </w:r>
      <w:r w:rsidR="00807241" w:rsidRPr="002A2E13">
        <w:rPr>
          <w:sz w:val="20"/>
          <w:szCs w:val="20"/>
          <w:lang w:val="ru-RU"/>
        </w:rPr>
        <w:t xml:space="preserve"> а также</w:t>
      </w:r>
      <w:r w:rsidRPr="002A2E13">
        <w:rPr>
          <w:sz w:val="20"/>
          <w:szCs w:val="20"/>
          <w:lang w:val="ru-RU"/>
        </w:rPr>
        <w:t xml:space="preserve"> Обучающийся (достигший возраста 15 лет) подтвержда</w:t>
      </w:r>
      <w:r w:rsidR="00807241" w:rsidRPr="002A2E13">
        <w:rPr>
          <w:sz w:val="20"/>
          <w:szCs w:val="20"/>
          <w:lang w:val="ru-RU"/>
        </w:rPr>
        <w:t>ю</w:t>
      </w:r>
      <w:r w:rsidRPr="002A2E13">
        <w:rPr>
          <w:sz w:val="20"/>
          <w:szCs w:val="20"/>
          <w:lang w:val="ru-RU"/>
        </w:rPr>
        <w:t>т, что ознакомлен</w:t>
      </w:r>
      <w:r w:rsidR="00807241" w:rsidRPr="002A2E13">
        <w:rPr>
          <w:sz w:val="20"/>
          <w:szCs w:val="20"/>
          <w:lang w:val="ru-RU"/>
        </w:rPr>
        <w:t>ы</w:t>
      </w:r>
      <w:r w:rsidRPr="002A2E13">
        <w:rPr>
          <w:sz w:val="20"/>
          <w:szCs w:val="20"/>
          <w:lang w:val="ru-RU"/>
        </w:rPr>
        <w:t xml:space="preserve"> со всеми Локальными актами, выложенными на сайте ЧОУ ДО «Репетитор г. Хабаровск» во </w:t>
      </w:r>
      <w:r w:rsidR="002E6EA2" w:rsidRPr="002A2E13">
        <w:rPr>
          <w:sz w:val="20"/>
          <w:szCs w:val="20"/>
          <w:lang w:val="ru-RU"/>
        </w:rPr>
        <w:t>в</w:t>
      </w:r>
      <w:r w:rsidRPr="002A2E13">
        <w:rPr>
          <w:sz w:val="20"/>
          <w:szCs w:val="20"/>
          <w:lang w:val="ru-RU"/>
        </w:rPr>
        <w:t xml:space="preserve">кладке </w:t>
      </w:r>
      <w:r w:rsidRPr="002A2E13">
        <w:rPr>
          <w:sz w:val="20"/>
          <w:szCs w:val="20"/>
        </w:rPr>
        <w:t>https</w:t>
      </w:r>
      <w:r w:rsidRPr="002A2E13">
        <w:rPr>
          <w:sz w:val="20"/>
          <w:szCs w:val="20"/>
          <w:lang w:val="ru-RU"/>
        </w:rPr>
        <w:t>://</w:t>
      </w:r>
      <w:r w:rsidRPr="002A2E13">
        <w:rPr>
          <w:sz w:val="20"/>
          <w:szCs w:val="20"/>
        </w:rPr>
        <w:t>repetitor</w:t>
      </w:r>
      <w:r w:rsidRPr="002A2E13">
        <w:rPr>
          <w:sz w:val="20"/>
          <w:szCs w:val="20"/>
          <w:lang w:val="ru-RU"/>
        </w:rPr>
        <w:t>27.</w:t>
      </w:r>
      <w:r w:rsidRPr="002A2E13">
        <w:rPr>
          <w:sz w:val="20"/>
          <w:szCs w:val="20"/>
        </w:rPr>
        <w:t>ru</w:t>
      </w:r>
      <w:r w:rsidRPr="002A2E13">
        <w:rPr>
          <w:sz w:val="20"/>
          <w:szCs w:val="20"/>
          <w:lang w:val="ru-RU"/>
        </w:rPr>
        <w:t>/сведения-о-школе/документы/ и согласн</w:t>
      </w:r>
      <w:r w:rsidR="00807241" w:rsidRPr="002A2E13">
        <w:rPr>
          <w:sz w:val="20"/>
          <w:szCs w:val="20"/>
          <w:lang w:val="ru-RU"/>
        </w:rPr>
        <w:t>ы</w:t>
      </w:r>
      <w:r w:rsidRPr="002A2E13">
        <w:rPr>
          <w:sz w:val="20"/>
          <w:szCs w:val="20"/>
          <w:lang w:val="ru-RU"/>
        </w:rPr>
        <w:t xml:space="preserve"> с их положениями.</w:t>
      </w:r>
    </w:p>
    <w:p w14:paraId="7D7F214A" w14:textId="03138295" w:rsidR="00A91456" w:rsidRPr="002A2E13" w:rsidRDefault="00000000">
      <w:pPr>
        <w:jc w:val="both"/>
        <w:rPr>
          <w:sz w:val="20"/>
          <w:szCs w:val="20"/>
          <w:lang w:val="ru-RU"/>
        </w:rPr>
      </w:pPr>
      <w:r w:rsidRPr="002A2E13">
        <w:rPr>
          <w:sz w:val="20"/>
          <w:szCs w:val="20"/>
          <w:lang w:val="ru-RU"/>
        </w:rPr>
        <w:t>1</w:t>
      </w:r>
      <w:r w:rsidR="002E6EA2" w:rsidRPr="002A2E13">
        <w:rPr>
          <w:sz w:val="20"/>
          <w:szCs w:val="20"/>
          <w:lang w:val="ru-RU"/>
        </w:rPr>
        <w:t>0</w:t>
      </w:r>
      <w:r w:rsidRPr="002A2E13">
        <w:rPr>
          <w:sz w:val="20"/>
          <w:szCs w:val="20"/>
          <w:lang w:val="ru-RU"/>
        </w:rPr>
        <w:t>.</w:t>
      </w:r>
      <w:r w:rsidR="0081265F" w:rsidRPr="002A2E13">
        <w:rPr>
          <w:sz w:val="20"/>
          <w:szCs w:val="20"/>
          <w:lang w:val="ru-RU"/>
        </w:rPr>
        <w:t>6</w:t>
      </w:r>
      <w:r w:rsidRPr="002A2E13">
        <w:rPr>
          <w:sz w:val="20"/>
          <w:szCs w:val="20"/>
          <w:lang w:val="ru-RU"/>
        </w:rPr>
        <w:t>. Договор с ЧОУ ДО «Школа иностранных языков «Репетитор» г. Хабаровск» не является публичным в силу ч.1 ст.426 Гражданского кодекса РФ.</w:t>
      </w:r>
      <w:r w:rsidR="002A2E13">
        <w:rPr>
          <w:sz w:val="20"/>
          <w:szCs w:val="20"/>
          <w:lang w:val="ru-RU"/>
        </w:rPr>
        <w:t xml:space="preserve"> </w:t>
      </w:r>
      <w:r w:rsidRPr="002A2E13">
        <w:rPr>
          <w:sz w:val="20"/>
          <w:szCs w:val="20"/>
          <w:lang w:val="ru-RU"/>
        </w:rPr>
        <w:t>Отсутствие статуса публичного договора означает, что ЧОУ ДО «Школа иностранных языков «Репетитор» г. Хабаровск» вправе устанавливать условия договора по своему усмотрению, в том числе определять критерии отбора обучающихся, порядок предоставления льгот (если они предусмотрены), а также может отказать в заключении договора. Учреждение не обязано заключать его с любым обратившимся в силу закона. Его условия определяются учредителями и закрепляются в договоре.</w:t>
      </w:r>
    </w:p>
    <w:p w14:paraId="112D1DAE" w14:textId="0E410AA4" w:rsidR="00A91456" w:rsidRPr="00B907C1" w:rsidRDefault="00000000">
      <w:pPr>
        <w:spacing w:before="80" w:after="40"/>
        <w:jc w:val="center"/>
        <w:rPr>
          <w:szCs w:val="18"/>
          <w:lang w:val="ru-RU"/>
        </w:rPr>
      </w:pPr>
      <w:r w:rsidRPr="00B907C1">
        <w:rPr>
          <w:b/>
          <w:szCs w:val="18"/>
        </w:rPr>
        <w:t>XI</w:t>
      </w:r>
      <w:r w:rsidRPr="00B907C1">
        <w:rPr>
          <w:b/>
          <w:szCs w:val="18"/>
          <w:lang w:val="ru-RU"/>
        </w:rPr>
        <w:t>. Адреса и реквизиты Сторон</w:t>
      </w:r>
    </w:p>
    <w:tbl>
      <w:tblPr>
        <w:tblW w:w="10600" w:type="dxa"/>
        <w:tblLook w:val="04A0" w:firstRow="1" w:lastRow="0" w:firstColumn="1" w:lastColumn="0" w:noHBand="0" w:noVBand="1"/>
      </w:tblPr>
      <w:tblGrid>
        <w:gridCol w:w="3534"/>
        <w:gridCol w:w="3533"/>
        <w:gridCol w:w="3533"/>
      </w:tblGrid>
      <w:tr w:rsidR="00A91456" w:rsidRPr="00B907C1" w14:paraId="77E36B7C" w14:textId="77777777">
        <w:tc>
          <w:tcPr>
            <w:tcW w:w="3515" w:type="dxa"/>
            <w:tcBorders>
              <w:top w:val="single" w:sz="4" w:space="0" w:color="000000"/>
              <w:left w:val="single" w:sz="4" w:space="0" w:color="000000"/>
              <w:bottom w:val="single" w:sz="4" w:space="0" w:color="000000"/>
              <w:right w:val="single" w:sz="4" w:space="0" w:color="000000"/>
            </w:tcBorders>
          </w:tcPr>
          <w:p w14:paraId="0AD85130" w14:textId="77777777" w:rsidR="00A91456" w:rsidRPr="00B907C1" w:rsidRDefault="00000000">
            <w:pPr>
              <w:rPr>
                <w:szCs w:val="18"/>
                <w:lang w:val="ru-RU"/>
              </w:rPr>
            </w:pPr>
            <w:r w:rsidRPr="00B907C1">
              <w:rPr>
                <w:b/>
                <w:szCs w:val="18"/>
                <w:lang w:val="ru-RU"/>
              </w:rPr>
              <w:t>Исполнитель</w:t>
            </w:r>
          </w:p>
          <w:p w14:paraId="27AF6206" w14:textId="1E8C0174" w:rsidR="00A91456" w:rsidRPr="00B907C1" w:rsidRDefault="00000000">
            <w:pPr>
              <w:rPr>
                <w:szCs w:val="18"/>
                <w:lang w:val="ru-RU"/>
              </w:rPr>
            </w:pPr>
            <w:r w:rsidRPr="00B907C1">
              <w:rPr>
                <w:szCs w:val="18"/>
                <w:lang w:val="ru-RU"/>
              </w:rPr>
              <w:t>ЧОУДО «Школа иностранных языков «Репетитор» г. Хабаровск</w:t>
            </w:r>
            <w:r w:rsidR="00B907C1" w:rsidRPr="00B907C1">
              <w:rPr>
                <w:szCs w:val="18"/>
                <w:lang w:val="ru-RU"/>
              </w:rPr>
              <w:t>»</w:t>
            </w:r>
          </w:p>
          <w:p w14:paraId="3AAE8E18" w14:textId="62BF4A0E" w:rsidR="00A91456" w:rsidRPr="00B907C1" w:rsidRDefault="00000000">
            <w:pPr>
              <w:rPr>
                <w:szCs w:val="18"/>
                <w:lang w:val="ru-RU"/>
              </w:rPr>
            </w:pPr>
            <w:r w:rsidRPr="00B907C1">
              <w:rPr>
                <w:szCs w:val="18"/>
                <w:lang w:val="ru-RU"/>
              </w:rPr>
              <w:t>Юридический адрес: 680014, г. Хабаровск, квартал ДОС</w:t>
            </w:r>
            <w:r w:rsidR="002A2E13" w:rsidRPr="00B907C1">
              <w:rPr>
                <w:szCs w:val="18"/>
                <w:lang w:val="ru-RU"/>
              </w:rPr>
              <w:t xml:space="preserve"> </w:t>
            </w:r>
            <w:r w:rsidRPr="00B907C1">
              <w:rPr>
                <w:szCs w:val="18"/>
                <w:lang w:val="ru-RU"/>
              </w:rPr>
              <w:t>(Большой аэродром), д. 75</w:t>
            </w:r>
          </w:p>
          <w:p w14:paraId="558E00C4" w14:textId="77777777" w:rsidR="00A91456" w:rsidRPr="00B907C1" w:rsidRDefault="00000000">
            <w:pPr>
              <w:rPr>
                <w:szCs w:val="18"/>
                <w:lang w:val="ru-RU"/>
              </w:rPr>
            </w:pPr>
            <w:r w:rsidRPr="00B907C1">
              <w:rPr>
                <w:szCs w:val="18"/>
                <w:lang w:val="ru-RU"/>
              </w:rPr>
              <w:t>ИНН 2724999140/ КПП 272401001</w:t>
            </w:r>
          </w:p>
          <w:p w14:paraId="43C03512" w14:textId="77777777" w:rsidR="00A91456" w:rsidRPr="00B907C1" w:rsidRDefault="00000000">
            <w:pPr>
              <w:rPr>
                <w:szCs w:val="18"/>
                <w:lang w:val="ru-RU"/>
              </w:rPr>
            </w:pPr>
            <w:r w:rsidRPr="00B907C1">
              <w:rPr>
                <w:szCs w:val="18"/>
                <w:lang w:val="ru-RU"/>
              </w:rPr>
              <w:t>ОГРН 1112700001402</w:t>
            </w:r>
          </w:p>
          <w:p w14:paraId="3FC0D386" w14:textId="77777777" w:rsidR="00A91456" w:rsidRPr="00B907C1" w:rsidRDefault="00000000">
            <w:pPr>
              <w:rPr>
                <w:szCs w:val="18"/>
                <w:lang w:val="ru-RU"/>
              </w:rPr>
            </w:pPr>
            <w:r w:rsidRPr="00B907C1">
              <w:rPr>
                <w:szCs w:val="18"/>
                <w:lang w:val="ru-RU"/>
              </w:rPr>
              <w:t>Банковские реквизиты:</w:t>
            </w:r>
          </w:p>
          <w:p w14:paraId="637F894E" w14:textId="77777777" w:rsidR="00A91456" w:rsidRPr="00B907C1" w:rsidRDefault="00000000">
            <w:pPr>
              <w:rPr>
                <w:szCs w:val="18"/>
                <w:lang w:val="ru-RU"/>
              </w:rPr>
            </w:pPr>
            <w:r w:rsidRPr="00B907C1">
              <w:rPr>
                <w:szCs w:val="18"/>
                <w:lang w:val="ru-RU"/>
              </w:rPr>
              <w:t>ИНН Банка 7728168971, БИК 040813770</w:t>
            </w:r>
          </w:p>
          <w:p w14:paraId="0CE17411" w14:textId="77777777" w:rsidR="002A2E13" w:rsidRPr="00B907C1" w:rsidRDefault="00000000">
            <w:pPr>
              <w:rPr>
                <w:szCs w:val="18"/>
                <w:lang w:val="ru-RU"/>
              </w:rPr>
            </w:pPr>
            <w:r w:rsidRPr="00B907C1">
              <w:rPr>
                <w:szCs w:val="18"/>
                <w:lang w:val="ru-RU"/>
              </w:rPr>
              <w:t>ФИЛИАЛ «Хабаровский»</w:t>
            </w:r>
          </w:p>
          <w:p w14:paraId="16C9B720" w14:textId="65DA905F" w:rsidR="00A91456" w:rsidRPr="00B907C1" w:rsidRDefault="00000000">
            <w:pPr>
              <w:rPr>
                <w:szCs w:val="18"/>
                <w:lang w:val="ru-RU"/>
              </w:rPr>
            </w:pPr>
            <w:r w:rsidRPr="00B907C1">
              <w:rPr>
                <w:szCs w:val="18"/>
                <w:lang w:val="ru-RU"/>
              </w:rPr>
              <w:t>АО «АЛЬФА-БАНК»,</w:t>
            </w:r>
          </w:p>
          <w:p w14:paraId="5382FE25" w14:textId="77777777" w:rsidR="00A91456" w:rsidRPr="00B907C1" w:rsidRDefault="00000000">
            <w:pPr>
              <w:rPr>
                <w:szCs w:val="18"/>
                <w:lang w:val="ru-RU"/>
              </w:rPr>
            </w:pPr>
            <w:r w:rsidRPr="00B907C1">
              <w:rPr>
                <w:szCs w:val="18"/>
                <w:lang w:val="ru-RU"/>
              </w:rPr>
              <w:t>Рас/счет : 40703810920070000027</w:t>
            </w:r>
          </w:p>
          <w:p w14:paraId="635CC222" w14:textId="77777777" w:rsidR="00A91456" w:rsidRPr="00B907C1" w:rsidRDefault="00000000">
            <w:pPr>
              <w:rPr>
                <w:szCs w:val="18"/>
                <w:lang w:val="ru-RU"/>
              </w:rPr>
            </w:pPr>
            <w:r w:rsidRPr="00B907C1">
              <w:rPr>
                <w:szCs w:val="18"/>
                <w:lang w:val="ru-RU"/>
              </w:rPr>
              <w:t>Кор.счёт :30101810800000000770</w:t>
            </w:r>
          </w:p>
          <w:p w14:paraId="78907361" w14:textId="6C28EB44" w:rsidR="00A91456" w:rsidRPr="00B907C1" w:rsidRDefault="00000000">
            <w:pPr>
              <w:rPr>
                <w:szCs w:val="18"/>
                <w:lang w:val="ru-RU"/>
              </w:rPr>
            </w:pPr>
            <w:r w:rsidRPr="00B907C1">
              <w:rPr>
                <w:szCs w:val="18"/>
                <w:lang w:val="ru-RU"/>
              </w:rPr>
              <w:t>Телефоны: (4212) 60-777-3</w:t>
            </w:r>
            <w:r w:rsidR="002A2E13" w:rsidRPr="00B907C1">
              <w:rPr>
                <w:szCs w:val="18"/>
                <w:lang w:val="ru-RU"/>
              </w:rPr>
              <w:t>,</w:t>
            </w:r>
            <w:r w:rsidRPr="00B907C1">
              <w:rPr>
                <w:szCs w:val="18"/>
                <w:lang w:val="ru-RU"/>
              </w:rPr>
              <w:t>8-914-5410164</w:t>
            </w:r>
          </w:p>
          <w:p w14:paraId="27106200" w14:textId="77978139" w:rsidR="00A91456" w:rsidRPr="00B907C1" w:rsidRDefault="00000000">
            <w:pPr>
              <w:rPr>
                <w:szCs w:val="18"/>
                <w:lang w:val="ru-RU"/>
              </w:rPr>
            </w:pPr>
            <w:r w:rsidRPr="00B907C1">
              <w:rPr>
                <w:szCs w:val="18"/>
                <w:lang w:val="ru-RU"/>
              </w:rPr>
              <w:t>Сайт</w:t>
            </w:r>
            <w:r w:rsidR="00B907C1" w:rsidRPr="00B907C1">
              <w:rPr>
                <w:szCs w:val="18"/>
                <w:lang w:val="ru-RU"/>
              </w:rPr>
              <w:t>:</w:t>
            </w:r>
            <w:r w:rsidRPr="00B907C1">
              <w:rPr>
                <w:szCs w:val="18"/>
                <w:lang w:val="ru-RU"/>
              </w:rPr>
              <w:t xml:space="preserve"> </w:t>
            </w:r>
            <w:r w:rsidRPr="00B907C1">
              <w:rPr>
                <w:szCs w:val="18"/>
              </w:rPr>
              <w:t>www</w:t>
            </w:r>
            <w:r w:rsidRPr="00B907C1">
              <w:rPr>
                <w:szCs w:val="18"/>
                <w:lang w:val="ru-RU"/>
              </w:rPr>
              <w:t>.</w:t>
            </w:r>
            <w:r w:rsidRPr="00B907C1">
              <w:rPr>
                <w:szCs w:val="18"/>
              </w:rPr>
              <w:t>repetitor</w:t>
            </w:r>
            <w:r w:rsidRPr="00B907C1">
              <w:rPr>
                <w:szCs w:val="18"/>
                <w:lang w:val="ru-RU"/>
              </w:rPr>
              <w:t>27.</w:t>
            </w:r>
            <w:r w:rsidRPr="00B907C1">
              <w:rPr>
                <w:szCs w:val="18"/>
              </w:rPr>
              <w:t>ru</w:t>
            </w:r>
          </w:p>
          <w:p w14:paraId="3A8C73C4" w14:textId="66D996B7" w:rsidR="00A91456" w:rsidRPr="00B907C1" w:rsidRDefault="00000000">
            <w:pPr>
              <w:rPr>
                <w:szCs w:val="18"/>
                <w:lang w:val="ru-RU"/>
              </w:rPr>
            </w:pPr>
            <w:r w:rsidRPr="00B907C1">
              <w:rPr>
                <w:b/>
                <w:szCs w:val="18"/>
                <w:lang w:val="ru-RU"/>
              </w:rPr>
              <w:t>Генеральный директор Батуро О.А. ______________________________</w:t>
            </w:r>
          </w:p>
          <w:p w14:paraId="3941F0E8" w14:textId="77777777" w:rsidR="00A91456" w:rsidRPr="00B907C1" w:rsidRDefault="00000000">
            <w:pPr>
              <w:rPr>
                <w:szCs w:val="18"/>
              </w:rPr>
            </w:pPr>
            <w:r w:rsidRPr="00B907C1">
              <w:rPr>
                <w:szCs w:val="18"/>
              </w:rPr>
              <w:t>МП</w:t>
            </w:r>
          </w:p>
        </w:tc>
        <w:tc>
          <w:tcPr>
            <w:tcW w:w="3515" w:type="dxa"/>
            <w:tcBorders>
              <w:top w:val="single" w:sz="4" w:space="0" w:color="000000"/>
              <w:left w:val="single" w:sz="4" w:space="0" w:color="000000"/>
              <w:bottom w:val="single" w:sz="4" w:space="0" w:color="000000"/>
              <w:right w:val="single" w:sz="4" w:space="0" w:color="000000"/>
            </w:tcBorders>
          </w:tcPr>
          <w:p w14:paraId="31C3D1CB" w14:textId="77777777" w:rsidR="00A91456" w:rsidRPr="00B907C1" w:rsidRDefault="00000000">
            <w:pPr>
              <w:rPr>
                <w:szCs w:val="18"/>
                <w:lang w:val="ru-RU"/>
              </w:rPr>
            </w:pPr>
            <w:r w:rsidRPr="00B907C1">
              <w:rPr>
                <w:b/>
                <w:szCs w:val="18"/>
                <w:lang w:val="ru-RU"/>
              </w:rPr>
              <w:t>Заказчик</w:t>
            </w:r>
          </w:p>
          <w:p w14:paraId="40542699" w14:textId="77777777" w:rsidR="00A91456" w:rsidRPr="00B907C1" w:rsidRDefault="00000000">
            <w:pPr>
              <w:rPr>
                <w:szCs w:val="18"/>
                <w:lang w:val="ru-RU"/>
              </w:rPr>
            </w:pPr>
            <w:r w:rsidRPr="00B907C1">
              <w:rPr>
                <w:szCs w:val="18"/>
                <w:lang w:val="ru-RU"/>
              </w:rPr>
              <w:t>________________________________</w:t>
            </w:r>
          </w:p>
          <w:p w14:paraId="77598ADA" w14:textId="77777777" w:rsidR="00A91456" w:rsidRPr="00B907C1" w:rsidRDefault="00A91456">
            <w:pPr>
              <w:rPr>
                <w:szCs w:val="18"/>
                <w:lang w:val="ru-RU"/>
              </w:rPr>
            </w:pPr>
          </w:p>
          <w:p w14:paraId="4130D424" w14:textId="77777777" w:rsidR="00A91456" w:rsidRPr="00B907C1" w:rsidRDefault="00000000">
            <w:pPr>
              <w:rPr>
                <w:szCs w:val="18"/>
                <w:lang w:val="ru-RU"/>
              </w:rPr>
            </w:pPr>
            <w:r w:rsidRPr="00B907C1">
              <w:rPr>
                <w:b/>
                <w:szCs w:val="18"/>
                <w:lang w:val="ru-RU"/>
              </w:rPr>
              <w:t>Паспорт</w:t>
            </w:r>
          </w:p>
          <w:p w14:paraId="0947482A" w14:textId="77777777" w:rsidR="00A91456" w:rsidRPr="00B907C1" w:rsidRDefault="00000000">
            <w:pPr>
              <w:rPr>
                <w:szCs w:val="18"/>
                <w:lang w:val="ru-RU"/>
              </w:rPr>
            </w:pPr>
            <w:r w:rsidRPr="00B907C1">
              <w:rPr>
                <w:szCs w:val="18"/>
                <w:lang w:val="ru-RU"/>
              </w:rPr>
              <w:t>________________________________</w:t>
            </w:r>
          </w:p>
          <w:p w14:paraId="0EA839FE" w14:textId="77777777" w:rsidR="00A91456" w:rsidRPr="00B907C1" w:rsidRDefault="00000000">
            <w:pPr>
              <w:rPr>
                <w:szCs w:val="18"/>
                <w:lang w:val="ru-RU"/>
              </w:rPr>
            </w:pPr>
            <w:r w:rsidRPr="00B907C1">
              <w:rPr>
                <w:szCs w:val="18"/>
                <w:lang w:val="ru-RU"/>
              </w:rPr>
              <w:t>________________________________</w:t>
            </w:r>
          </w:p>
          <w:p w14:paraId="66C58ABB" w14:textId="77777777" w:rsidR="00A91456" w:rsidRPr="00B907C1" w:rsidRDefault="00000000">
            <w:pPr>
              <w:rPr>
                <w:szCs w:val="18"/>
                <w:lang w:val="ru-RU"/>
              </w:rPr>
            </w:pPr>
            <w:r w:rsidRPr="00B907C1">
              <w:rPr>
                <w:szCs w:val="18"/>
                <w:lang w:val="ru-RU"/>
              </w:rPr>
              <w:t>________________________________</w:t>
            </w:r>
          </w:p>
          <w:p w14:paraId="43681062" w14:textId="77777777" w:rsidR="00A91456" w:rsidRPr="00B907C1" w:rsidRDefault="00A91456">
            <w:pPr>
              <w:rPr>
                <w:szCs w:val="18"/>
                <w:lang w:val="ru-RU"/>
              </w:rPr>
            </w:pPr>
          </w:p>
          <w:p w14:paraId="0A496163" w14:textId="77777777" w:rsidR="00A91456" w:rsidRPr="00B907C1" w:rsidRDefault="00000000">
            <w:pPr>
              <w:rPr>
                <w:szCs w:val="18"/>
                <w:lang w:val="ru-RU"/>
              </w:rPr>
            </w:pPr>
            <w:r w:rsidRPr="00B907C1">
              <w:rPr>
                <w:b/>
                <w:szCs w:val="18"/>
                <w:lang w:val="ru-RU"/>
              </w:rPr>
              <w:t>Адрес регистрации, телефон, другие средства связи и оповещения</w:t>
            </w:r>
          </w:p>
          <w:p w14:paraId="3C29C804" w14:textId="77777777" w:rsidR="00A91456" w:rsidRPr="00B907C1" w:rsidRDefault="00000000">
            <w:pPr>
              <w:rPr>
                <w:szCs w:val="18"/>
              </w:rPr>
            </w:pPr>
            <w:r w:rsidRPr="00B907C1">
              <w:rPr>
                <w:szCs w:val="18"/>
              </w:rPr>
              <w:t>________________________________</w:t>
            </w:r>
          </w:p>
          <w:p w14:paraId="29EB0C02" w14:textId="77777777" w:rsidR="00A91456" w:rsidRPr="00B907C1" w:rsidRDefault="00000000">
            <w:pPr>
              <w:rPr>
                <w:szCs w:val="18"/>
              </w:rPr>
            </w:pPr>
            <w:r w:rsidRPr="00B907C1">
              <w:rPr>
                <w:szCs w:val="18"/>
              </w:rPr>
              <w:t>________________________________</w:t>
            </w:r>
          </w:p>
          <w:p w14:paraId="3938784D" w14:textId="77777777" w:rsidR="00A91456" w:rsidRPr="00B907C1" w:rsidRDefault="00000000">
            <w:pPr>
              <w:rPr>
                <w:szCs w:val="18"/>
              </w:rPr>
            </w:pPr>
            <w:r w:rsidRPr="00B907C1">
              <w:rPr>
                <w:szCs w:val="18"/>
              </w:rPr>
              <w:t>________________________________</w:t>
            </w:r>
          </w:p>
          <w:p w14:paraId="466BF811" w14:textId="77777777" w:rsidR="00A91456" w:rsidRPr="00B907C1" w:rsidRDefault="00000000">
            <w:pPr>
              <w:rPr>
                <w:szCs w:val="18"/>
              </w:rPr>
            </w:pPr>
            <w:r w:rsidRPr="00B907C1">
              <w:rPr>
                <w:szCs w:val="18"/>
              </w:rPr>
              <w:t>________________________________</w:t>
            </w:r>
          </w:p>
          <w:p w14:paraId="371872B4" w14:textId="77777777" w:rsidR="00A91456" w:rsidRPr="00B907C1" w:rsidRDefault="00A91456">
            <w:pPr>
              <w:rPr>
                <w:szCs w:val="18"/>
              </w:rPr>
            </w:pPr>
          </w:p>
          <w:p w14:paraId="3A8BFC86" w14:textId="09259852" w:rsidR="00A91456" w:rsidRPr="00B907C1" w:rsidRDefault="00000000">
            <w:pPr>
              <w:rPr>
                <w:szCs w:val="18"/>
                <w:lang w:val="ru-RU"/>
              </w:rPr>
            </w:pPr>
            <w:r w:rsidRPr="00B907C1">
              <w:rPr>
                <w:b/>
                <w:szCs w:val="18"/>
              </w:rPr>
              <w:t>Подпис</w:t>
            </w:r>
            <w:r w:rsidR="00B907C1" w:rsidRPr="00B907C1">
              <w:rPr>
                <w:b/>
                <w:szCs w:val="18"/>
                <w:lang w:val="ru-RU"/>
              </w:rPr>
              <w:t>ь</w:t>
            </w:r>
            <w:r w:rsidRPr="00B907C1">
              <w:rPr>
                <w:szCs w:val="18"/>
              </w:rPr>
              <w:t>_________</w:t>
            </w:r>
            <w:r w:rsidR="00B907C1" w:rsidRPr="00B907C1">
              <w:rPr>
                <w:szCs w:val="18"/>
                <w:lang w:val="ru-RU"/>
              </w:rPr>
              <w:t>_______________</w:t>
            </w:r>
          </w:p>
        </w:tc>
        <w:tc>
          <w:tcPr>
            <w:tcW w:w="3515" w:type="dxa"/>
            <w:tcBorders>
              <w:top w:val="single" w:sz="4" w:space="0" w:color="000000"/>
              <w:left w:val="single" w:sz="4" w:space="0" w:color="000000"/>
              <w:bottom w:val="single" w:sz="4" w:space="0" w:color="000000"/>
              <w:right w:val="single" w:sz="4" w:space="0" w:color="000000"/>
            </w:tcBorders>
          </w:tcPr>
          <w:p w14:paraId="27638310" w14:textId="77777777" w:rsidR="00A91456" w:rsidRPr="00B907C1" w:rsidRDefault="00000000">
            <w:pPr>
              <w:rPr>
                <w:szCs w:val="18"/>
                <w:lang w:val="ru-RU"/>
              </w:rPr>
            </w:pPr>
            <w:r w:rsidRPr="00B907C1">
              <w:rPr>
                <w:b/>
                <w:szCs w:val="18"/>
                <w:lang w:val="ru-RU"/>
              </w:rPr>
              <w:t>Обучающийся</w:t>
            </w:r>
          </w:p>
          <w:p w14:paraId="2FA7C33F" w14:textId="77777777" w:rsidR="00A91456" w:rsidRPr="00B907C1" w:rsidRDefault="00000000">
            <w:pPr>
              <w:rPr>
                <w:szCs w:val="18"/>
                <w:lang w:val="ru-RU"/>
              </w:rPr>
            </w:pPr>
            <w:r w:rsidRPr="00B907C1">
              <w:rPr>
                <w:szCs w:val="18"/>
                <w:lang w:val="ru-RU"/>
              </w:rPr>
              <w:t>________________________________</w:t>
            </w:r>
          </w:p>
          <w:p w14:paraId="51FA17D6" w14:textId="77777777" w:rsidR="00A91456" w:rsidRPr="00B907C1" w:rsidRDefault="00A91456">
            <w:pPr>
              <w:rPr>
                <w:szCs w:val="18"/>
                <w:lang w:val="ru-RU"/>
              </w:rPr>
            </w:pPr>
          </w:p>
          <w:p w14:paraId="02713F51" w14:textId="77777777" w:rsidR="00A91456" w:rsidRPr="00B907C1" w:rsidRDefault="00000000">
            <w:pPr>
              <w:rPr>
                <w:szCs w:val="18"/>
                <w:lang w:val="ru-RU"/>
              </w:rPr>
            </w:pPr>
            <w:r w:rsidRPr="00B907C1">
              <w:rPr>
                <w:b/>
                <w:szCs w:val="18"/>
                <w:lang w:val="ru-RU"/>
              </w:rPr>
              <w:t>Паспорт/свидетельство о рождении</w:t>
            </w:r>
          </w:p>
          <w:p w14:paraId="4D96C058" w14:textId="77777777" w:rsidR="00A91456" w:rsidRPr="00B907C1" w:rsidRDefault="00000000">
            <w:pPr>
              <w:rPr>
                <w:szCs w:val="18"/>
                <w:lang w:val="ru-RU"/>
              </w:rPr>
            </w:pPr>
            <w:r w:rsidRPr="00B907C1">
              <w:rPr>
                <w:szCs w:val="18"/>
                <w:lang w:val="ru-RU"/>
              </w:rPr>
              <w:t>________________________________</w:t>
            </w:r>
          </w:p>
          <w:p w14:paraId="2B5DD979" w14:textId="77777777" w:rsidR="00A91456" w:rsidRPr="00B907C1" w:rsidRDefault="00000000">
            <w:pPr>
              <w:rPr>
                <w:szCs w:val="18"/>
                <w:lang w:val="ru-RU"/>
              </w:rPr>
            </w:pPr>
            <w:r w:rsidRPr="00B907C1">
              <w:rPr>
                <w:szCs w:val="18"/>
                <w:lang w:val="ru-RU"/>
              </w:rPr>
              <w:t>________________________________</w:t>
            </w:r>
          </w:p>
          <w:p w14:paraId="4A6CB7D8" w14:textId="77777777" w:rsidR="00A91456" w:rsidRPr="00B907C1" w:rsidRDefault="00000000">
            <w:pPr>
              <w:rPr>
                <w:szCs w:val="18"/>
                <w:lang w:val="ru-RU"/>
              </w:rPr>
            </w:pPr>
            <w:r w:rsidRPr="00B907C1">
              <w:rPr>
                <w:szCs w:val="18"/>
                <w:lang w:val="ru-RU"/>
              </w:rPr>
              <w:t>________________________________</w:t>
            </w:r>
          </w:p>
          <w:p w14:paraId="47D5BED9" w14:textId="77777777" w:rsidR="00A91456" w:rsidRPr="00B907C1" w:rsidRDefault="00A91456">
            <w:pPr>
              <w:rPr>
                <w:szCs w:val="18"/>
                <w:lang w:val="ru-RU"/>
              </w:rPr>
            </w:pPr>
          </w:p>
          <w:p w14:paraId="6E075B74" w14:textId="77777777" w:rsidR="00A91456" w:rsidRPr="00B907C1" w:rsidRDefault="00000000">
            <w:pPr>
              <w:rPr>
                <w:szCs w:val="18"/>
                <w:lang w:val="ru-RU"/>
              </w:rPr>
            </w:pPr>
            <w:r w:rsidRPr="00B907C1">
              <w:rPr>
                <w:b/>
                <w:szCs w:val="18"/>
                <w:lang w:val="ru-RU"/>
              </w:rPr>
              <w:t>Адрес фактического проживания, телефон, другие средства связи и оповещения Обучающегося</w:t>
            </w:r>
          </w:p>
          <w:p w14:paraId="2B4C5C11" w14:textId="77777777" w:rsidR="00A91456" w:rsidRPr="00B907C1" w:rsidRDefault="00000000">
            <w:pPr>
              <w:rPr>
                <w:szCs w:val="18"/>
              </w:rPr>
            </w:pPr>
            <w:r w:rsidRPr="00B907C1">
              <w:rPr>
                <w:szCs w:val="18"/>
              </w:rPr>
              <w:t>________________________________</w:t>
            </w:r>
          </w:p>
          <w:p w14:paraId="2B74B372" w14:textId="77777777" w:rsidR="00A91456" w:rsidRPr="00B907C1" w:rsidRDefault="00000000">
            <w:pPr>
              <w:rPr>
                <w:szCs w:val="18"/>
              </w:rPr>
            </w:pPr>
            <w:r w:rsidRPr="00B907C1">
              <w:rPr>
                <w:szCs w:val="18"/>
              </w:rPr>
              <w:t>________________________________</w:t>
            </w:r>
          </w:p>
          <w:p w14:paraId="385DA2A0" w14:textId="47BEFC48" w:rsidR="00A91456" w:rsidRPr="00B907C1" w:rsidRDefault="00000000">
            <w:pPr>
              <w:rPr>
                <w:szCs w:val="18"/>
                <w:lang w:val="ru-RU"/>
              </w:rPr>
            </w:pPr>
            <w:r w:rsidRPr="00B907C1">
              <w:rPr>
                <w:szCs w:val="18"/>
              </w:rPr>
              <w:t>________________________________</w:t>
            </w:r>
          </w:p>
          <w:p w14:paraId="7B34A2F2" w14:textId="77777777" w:rsidR="00A91456" w:rsidRPr="00B907C1" w:rsidRDefault="00A91456">
            <w:pPr>
              <w:rPr>
                <w:szCs w:val="18"/>
              </w:rPr>
            </w:pPr>
          </w:p>
          <w:p w14:paraId="2D5C216A" w14:textId="2BE8D537" w:rsidR="00A91456" w:rsidRPr="00B907C1" w:rsidRDefault="00000000">
            <w:pPr>
              <w:rPr>
                <w:szCs w:val="18"/>
                <w:lang w:val="ru-RU"/>
              </w:rPr>
            </w:pPr>
            <w:r w:rsidRPr="00B907C1">
              <w:rPr>
                <w:b/>
                <w:szCs w:val="18"/>
              </w:rPr>
              <w:t>Подпись</w:t>
            </w:r>
            <w:r w:rsidR="00B907C1" w:rsidRPr="00B907C1">
              <w:rPr>
                <w:b/>
                <w:szCs w:val="18"/>
                <w:lang w:val="ru-RU"/>
              </w:rPr>
              <w:t xml:space="preserve"> ________________________</w:t>
            </w:r>
          </w:p>
          <w:p w14:paraId="427AB0F4" w14:textId="77777777" w:rsidR="00A91456" w:rsidRPr="00B907C1" w:rsidRDefault="00000000">
            <w:pPr>
              <w:rPr>
                <w:szCs w:val="18"/>
              </w:rPr>
            </w:pPr>
            <w:r w:rsidRPr="00B907C1">
              <w:rPr>
                <w:szCs w:val="18"/>
              </w:rPr>
              <w:t>______________________________</w:t>
            </w:r>
          </w:p>
        </w:tc>
      </w:tr>
    </w:tbl>
    <w:p w14:paraId="6A9F74FF" w14:textId="77777777" w:rsidR="001307A6" w:rsidRPr="002A2E13" w:rsidRDefault="001307A6">
      <w:pPr>
        <w:rPr>
          <w:sz w:val="20"/>
          <w:szCs w:val="20"/>
        </w:rPr>
      </w:pPr>
    </w:p>
    <w:sectPr w:rsidR="001307A6" w:rsidRPr="002A2E13" w:rsidSect="00034616">
      <w:pgSz w:w="11906" w:h="16838"/>
      <w:pgMar w:top="567" w:right="680" w:bottom="567"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82405622">
    <w:abstractNumId w:val="8"/>
  </w:num>
  <w:num w:numId="2" w16cid:durableId="464664296">
    <w:abstractNumId w:val="6"/>
  </w:num>
  <w:num w:numId="3" w16cid:durableId="1061171098">
    <w:abstractNumId w:val="5"/>
  </w:num>
  <w:num w:numId="4" w16cid:durableId="419066024">
    <w:abstractNumId w:val="4"/>
  </w:num>
  <w:num w:numId="5" w16cid:durableId="1357343158">
    <w:abstractNumId w:val="7"/>
  </w:num>
  <w:num w:numId="6" w16cid:durableId="620654164">
    <w:abstractNumId w:val="3"/>
  </w:num>
  <w:num w:numId="7" w16cid:durableId="341326085">
    <w:abstractNumId w:val="2"/>
  </w:num>
  <w:num w:numId="8" w16cid:durableId="1874686863">
    <w:abstractNumId w:val="1"/>
  </w:num>
  <w:num w:numId="9" w16cid:durableId="919800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07A6"/>
    <w:rsid w:val="00134C28"/>
    <w:rsid w:val="0015074B"/>
    <w:rsid w:val="0029639D"/>
    <w:rsid w:val="002A2E13"/>
    <w:rsid w:val="002A5F62"/>
    <w:rsid w:val="002E6EA2"/>
    <w:rsid w:val="00326F90"/>
    <w:rsid w:val="003E4066"/>
    <w:rsid w:val="005247EB"/>
    <w:rsid w:val="005F5122"/>
    <w:rsid w:val="00717D76"/>
    <w:rsid w:val="00747E57"/>
    <w:rsid w:val="007A20AA"/>
    <w:rsid w:val="007F0ECD"/>
    <w:rsid w:val="00807241"/>
    <w:rsid w:val="0081265F"/>
    <w:rsid w:val="00865DF5"/>
    <w:rsid w:val="00A61BD9"/>
    <w:rsid w:val="00A91456"/>
    <w:rsid w:val="00AA1D8D"/>
    <w:rsid w:val="00B25F11"/>
    <w:rsid w:val="00B47730"/>
    <w:rsid w:val="00B907C1"/>
    <w:rsid w:val="00BA5106"/>
    <w:rsid w:val="00CB0664"/>
    <w:rsid w:val="00D13C6D"/>
    <w:rsid w:val="00D145F3"/>
    <w:rsid w:val="00D26E7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DCC7D8"/>
  <w14:defaultImageDpi w14:val="300"/>
  <w15:docId w15:val="{2B833816-3D14-42BF-AC22-529E6314B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sz w:val="1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1447</TotalTime>
  <Pages>4</Pages>
  <Words>3329</Words>
  <Characters>18977</Characters>
  <Application>Microsoft Office Word</Application>
  <DocSecurity>0</DocSecurity>
  <Lines>158</Lines>
  <Paragraphs>44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Оксана</cp:lastModifiedBy>
  <cp:revision>11</cp:revision>
  <dcterms:created xsi:type="dcterms:W3CDTF">2013-12-23T23:15:00Z</dcterms:created>
  <dcterms:modified xsi:type="dcterms:W3CDTF">2026-08-20T04:54:00Z</dcterms:modified>
  <cp:category/>
</cp:coreProperties>
</file>